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CE719" w14:textId="7AD6097F" w:rsidR="00342C85" w:rsidRDefault="009242EB">
      <w:pPr>
        <w:shd w:val="clear" w:color="auto" w:fill="001F4F"/>
        <w:spacing w:after="0" w:line="240" w:lineRule="auto"/>
        <w:rPr>
          <w:rFonts w:eastAsia="Arial"/>
          <w:b/>
          <w:color w:val="FFFFFF"/>
          <w:sz w:val="24"/>
        </w:rPr>
      </w:pPr>
      <w:r w:rsidRPr="00F12D54">
        <w:rPr>
          <w:rFonts w:eastAsia="Arial"/>
          <w:b/>
          <w:color w:val="FFFFFF"/>
          <w:sz w:val="24"/>
        </w:rPr>
        <w:t xml:space="preserve">  PRAXISTRAININGS</w:t>
      </w:r>
      <w:r w:rsidR="00F12D54" w:rsidRPr="00F12D54">
        <w:rPr>
          <w:rFonts w:eastAsia="Arial"/>
          <w:b/>
          <w:color w:val="FFFFFF"/>
          <w:sz w:val="24"/>
        </w:rPr>
        <w:t>-</w:t>
      </w:r>
      <w:r w:rsidRPr="00F12D54">
        <w:rPr>
          <w:rFonts w:eastAsia="Arial"/>
          <w:b/>
          <w:color w:val="FFFFFF"/>
          <w:sz w:val="24"/>
        </w:rPr>
        <w:t>LMS</w:t>
      </w:r>
    </w:p>
    <w:p w14:paraId="5340ABF0" w14:textId="77777777" w:rsidR="00F12D54" w:rsidRDefault="00F12D54">
      <w:pPr>
        <w:shd w:val="clear" w:color="auto" w:fill="001F4F"/>
        <w:spacing w:after="0" w:line="240" w:lineRule="auto"/>
        <w:rPr>
          <w:rFonts w:eastAsia="Arial"/>
          <w:b/>
          <w:color w:val="FFFFFF"/>
          <w:sz w:val="24"/>
        </w:rPr>
      </w:pPr>
    </w:p>
    <w:p w14:paraId="41E6F22C" w14:textId="1C506291" w:rsidR="00F12D54" w:rsidRPr="00F12D54" w:rsidRDefault="009242EB">
      <w:pPr>
        <w:shd w:val="clear" w:color="auto" w:fill="001F4F"/>
        <w:spacing w:after="0" w:line="240" w:lineRule="auto"/>
      </w:pPr>
      <w:r w:rsidRPr="00F12D54">
        <w:rPr>
          <w:rFonts w:eastAsia="Arial"/>
          <w:b/>
          <w:color w:val="FFFFFF"/>
          <w:sz w:val="58"/>
        </w:rPr>
        <w:t xml:space="preserve">  Fragebogen</w:t>
      </w:r>
    </w:p>
    <w:p w14:paraId="2B19A742" w14:textId="77777777" w:rsidR="00342C85" w:rsidRPr="00F12D54" w:rsidRDefault="009242EB">
      <w:pPr>
        <w:pBdr>
          <w:bottom w:val="single" w:sz="22" w:space="2" w:color="E0E900"/>
        </w:pBdr>
        <w:shd w:val="clear" w:color="auto" w:fill="001F4F"/>
        <w:spacing w:after="520" w:line="240" w:lineRule="auto"/>
      </w:pPr>
      <w:r w:rsidRPr="00F12D54">
        <w:rPr>
          <w:rFonts w:eastAsia="Arial"/>
          <w:b/>
          <w:color w:val="E0E900"/>
          <w:sz w:val="48"/>
        </w:rPr>
        <w:t xml:space="preserve">  Lebensmittelsicherheitskultur</w:t>
      </w:r>
    </w:p>
    <w:p w14:paraId="12324CF2" w14:textId="77777777" w:rsidR="00342C85" w:rsidRPr="00F12D54" w:rsidRDefault="009242EB">
      <w:pPr>
        <w:spacing w:after="60" w:line="240" w:lineRule="auto"/>
      </w:pPr>
      <w:r w:rsidRPr="00F12D54">
        <w:rPr>
          <w:rFonts w:eastAsia="Arial"/>
          <w:b/>
          <w:color w:val="001F4F"/>
          <w:sz w:val="46"/>
        </w:rPr>
        <w:t>Gemeinsam hinschauen.</w:t>
      </w:r>
    </w:p>
    <w:p w14:paraId="2EBE9BB5" w14:textId="77777777" w:rsidR="00342C85" w:rsidRPr="00F12D54" w:rsidRDefault="009242EB">
      <w:pPr>
        <w:spacing w:after="60" w:line="240" w:lineRule="auto"/>
      </w:pPr>
      <w:r w:rsidRPr="00F12D54">
        <w:rPr>
          <w:rFonts w:eastAsia="Arial"/>
          <w:b/>
          <w:color w:val="001F4F"/>
          <w:sz w:val="46"/>
        </w:rPr>
        <w:t>Offen ansprechen.</w:t>
      </w:r>
    </w:p>
    <w:p w14:paraId="616846A5" w14:textId="77777777" w:rsidR="00342C85" w:rsidRPr="00F12D54" w:rsidRDefault="009242EB">
      <w:pPr>
        <w:spacing w:after="60" w:line="240" w:lineRule="auto"/>
      </w:pPr>
      <w:r w:rsidRPr="00F12D54">
        <w:rPr>
          <w:rFonts w:eastAsia="Arial"/>
          <w:b/>
          <w:color w:val="001F4F"/>
          <w:sz w:val="46"/>
        </w:rPr>
        <w:t>Sicher handeln.</w:t>
      </w:r>
    </w:p>
    <w:p w14:paraId="786B0440" w14:textId="77777777" w:rsidR="00342C85" w:rsidRPr="00F12D54" w:rsidRDefault="009242EB">
      <w:pPr>
        <w:spacing w:before="360" w:after="360" w:line="300" w:lineRule="auto"/>
      </w:pPr>
      <w:r w:rsidRPr="00F12D54">
        <w:rPr>
          <w:rFonts w:eastAsia="Arial"/>
          <w:sz w:val="21"/>
        </w:rPr>
        <w:t>Diese Vorlage unterstützt Sie dabei, Führung, Kommunikation, Kompetenz und Ressourcen Ihrer Lebensmittelsicherheitskultur strukturiert zu prüfen und nachvollziehbar zu dokumentieren.</w:t>
      </w:r>
    </w:p>
    <w:tbl>
      <w:tblPr>
        <w:tblW w:w="9865" w:type="dxa"/>
        <w:tblLayout w:type="fixed"/>
        <w:tblLook w:val="04A0" w:firstRow="1" w:lastRow="0" w:firstColumn="1" w:lastColumn="0" w:noHBand="0" w:noVBand="1"/>
      </w:tblPr>
      <w:tblGrid>
        <w:gridCol w:w="4932"/>
        <w:gridCol w:w="4933"/>
      </w:tblGrid>
      <w:tr w:rsidR="00342C85" w:rsidRPr="00F12D54" w14:paraId="44266B47" w14:textId="77777777">
        <w:tc>
          <w:tcPr>
            <w:tcW w:w="4932" w:type="dxa"/>
            <w:tcBorders>
              <w:top w:val="single" w:sz="4" w:space="0" w:color="F8F6EF"/>
              <w:left w:val="single" w:sz="4" w:space="0" w:color="F8F6EF"/>
              <w:bottom w:val="single" w:sz="4" w:space="0" w:color="F8F6EF"/>
              <w:right w:val="single" w:sz="4" w:space="0" w:color="F8F6EF"/>
            </w:tcBorders>
            <w:shd w:val="clear" w:color="auto" w:fill="FFFFFF"/>
            <w:tcMar>
              <w:top w:w="120" w:type="dxa"/>
              <w:left w:w="160" w:type="dxa"/>
              <w:bottom w:w="140" w:type="dxa"/>
              <w:right w:w="160" w:type="dxa"/>
            </w:tcMar>
          </w:tcPr>
          <w:p w14:paraId="3C8F0310" w14:textId="77777777" w:rsidR="00342C85" w:rsidRPr="00F12D54" w:rsidRDefault="009242EB">
            <w:pPr>
              <w:spacing w:after="140" w:line="240" w:lineRule="auto"/>
            </w:pPr>
            <w:r w:rsidRPr="00F12D54">
              <w:rPr>
                <w:rFonts w:eastAsia="Arial"/>
                <w:b/>
                <w:color w:val="667789"/>
                <w:sz w:val="14"/>
              </w:rPr>
              <w:t>UNTERNEHMEN / STANDORT</w:t>
            </w:r>
          </w:p>
          <w:p w14:paraId="5575415F" w14:textId="77777777" w:rsidR="00342C85" w:rsidRPr="00F12D54" w:rsidRDefault="00342C85">
            <w:pPr>
              <w:pBdr>
                <w:bottom w:val="single" w:sz="5" w:space="1" w:color="CBD5DF"/>
              </w:pBdr>
              <w:spacing w:after="0" w:line="240" w:lineRule="auto"/>
            </w:pPr>
          </w:p>
        </w:tc>
        <w:tc>
          <w:tcPr>
            <w:tcW w:w="4933" w:type="dxa"/>
            <w:tcBorders>
              <w:top w:val="single" w:sz="4" w:space="0" w:color="F8F6EF"/>
              <w:left w:val="single" w:sz="4" w:space="0" w:color="F8F6EF"/>
              <w:bottom w:val="single" w:sz="4" w:space="0" w:color="F8F6EF"/>
              <w:right w:val="single" w:sz="4" w:space="0" w:color="F8F6EF"/>
            </w:tcBorders>
            <w:shd w:val="clear" w:color="auto" w:fill="FFFFFF"/>
            <w:tcMar>
              <w:top w:w="120" w:type="dxa"/>
              <w:left w:w="160" w:type="dxa"/>
              <w:bottom w:w="140" w:type="dxa"/>
              <w:right w:w="160" w:type="dxa"/>
            </w:tcMar>
          </w:tcPr>
          <w:p w14:paraId="0E59BB12" w14:textId="77777777" w:rsidR="00342C85" w:rsidRPr="00F12D54" w:rsidRDefault="009242EB">
            <w:pPr>
              <w:spacing w:after="140" w:line="240" w:lineRule="auto"/>
            </w:pPr>
            <w:r w:rsidRPr="00F12D54">
              <w:rPr>
                <w:rFonts w:eastAsia="Arial"/>
                <w:b/>
                <w:color w:val="667789"/>
                <w:sz w:val="14"/>
              </w:rPr>
              <w:t>BEREICH</w:t>
            </w:r>
          </w:p>
          <w:p w14:paraId="236A680C" w14:textId="77777777" w:rsidR="00342C85" w:rsidRPr="00F12D54" w:rsidRDefault="00342C85">
            <w:pPr>
              <w:pBdr>
                <w:bottom w:val="single" w:sz="5" w:space="1" w:color="CBD5DF"/>
              </w:pBdr>
              <w:spacing w:after="0" w:line="240" w:lineRule="auto"/>
            </w:pPr>
          </w:p>
        </w:tc>
      </w:tr>
      <w:tr w:rsidR="00342C85" w:rsidRPr="00F12D54" w14:paraId="7FF33CDD" w14:textId="77777777">
        <w:tc>
          <w:tcPr>
            <w:tcW w:w="4932" w:type="dxa"/>
            <w:tcBorders>
              <w:top w:val="single" w:sz="4" w:space="0" w:color="F8F6EF"/>
              <w:left w:val="single" w:sz="4" w:space="0" w:color="F8F6EF"/>
              <w:bottom w:val="single" w:sz="4" w:space="0" w:color="F8F6EF"/>
              <w:right w:val="single" w:sz="4" w:space="0" w:color="F8F6EF"/>
            </w:tcBorders>
            <w:shd w:val="clear" w:color="auto" w:fill="FFFFFF"/>
            <w:tcMar>
              <w:top w:w="120" w:type="dxa"/>
              <w:left w:w="160" w:type="dxa"/>
              <w:bottom w:w="140" w:type="dxa"/>
              <w:right w:w="160" w:type="dxa"/>
            </w:tcMar>
          </w:tcPr>
          <w:p w14:paraId="10EE513F" w14:textId="77777777" w:rsidR="00342C85" w:rsidRPr="00F12D54" w:rsidRDefault="009242EB">
            <w:pPr>
              <w:spacing w:after="140" w:line="240" w:lineRule="auto"/>
            </w:pPr>
            <w:r w:rsidRPr="00F12D54">
              <w:rPr>
                <w:rFonts w:eastAsia="Arial"/>
                <w:b/>
                <w:color w:val="667789"/>
                <w:sz w:val="14"/>
              </w:rPr>
              <w:t>DATUM</w:t>
            </w:r>
          </w:p>
          <w:p w14:paraId="21AF982F" w14:textId="77777777" w:rsidR="00342C85" w:rsidRPr="00F12D54" w:rsidRDefault="00342C85">
            <w:pPr>
              <w:pBdr>
                <w:bottom w:val="single" w:sz="5" w:space="1" w:color="CBD5DF"/>
              </w:pBdr>
              <w:spacing w:after="0" w:line="240" w:lineRule="auto"/>
            </w:pPr>
          </w:p>
        </w:tc>
        <w:tc>
          <w:tcPr>
            <w:tcW w:w="4933" w:type="dxa"/>
            <w:tcBorders>
              <w:top w:val="single" w:sz="4" w:space="0" w:color="F8F6EF"/>
              <w:left w:val="single" w:sz="4" w:space="0" w:color="F8F6EF"/>
              <w:bottom w:val="single" w:sz="4" w:space="0" w:color="F8F6EF"/>
              <w:right w:val="single" w:sz="4" w:space="0" w:color="F8F6EF"/>
            </w:tcBorders>
            <w:shd w:val="clear" w:color="auto" w:fill="FFFFFF"/>
            <w:tcMar>
              <w:top w:w="120" w:type="dxa"/>
              <w:left w:w="160" w:type="dxa"/>
              <w:bottom w:w="140" w:type="dxa"/>
              <w:right w:w="160" w:type="dxa"/>
            </w:tcMar>
          </w:tcPr>
          <w:p w14:paraId="686E02B0" w14:textId="77777777" w:rsidR="00342C85" w:rsidRPr="00F12D54" w:rsidRDefault="009242EB">
            <w:pPr>
              <w:spacing w:after="140" w:line="240" w:lineRule="auto"/>
            </w:pPr>
            <w:r w:rsidRPr="00F12D54">
              <w:rPr>
                <w:rFonts w:eastAsia="Arial"/>
                <w:b/>
                <w:color w:val="667789"/>
                <w:sz w:val="14"/>
              </w:rPr>
              <w:t>AUSGEFÜLLT VON</w:t>
            </w:r>
          </w:p>
          <w:p w14:paraId="5F69FBF1" w14:textId="77777777" w:rsidR="00342C85" w:rsidRPr="00F12D54" w:rsidRDefault="00342C85">
            <w:pPr>
              <w:pBdr>
                <w:bottom w:val="single" w:sz="5" w:space="1" w:color="CBD5DF"/>
              </w:pBdr>
              <w:spacing w:after="0" w:line="240" w:lineRule="auto"/>
            </w:pPr>
          </w:p>
        </w:tc>
      </w:tr>
    </w:tbl>
    <w:p w14:paraId="3172F534" w14:textId="77777777" w:rsidR="00342C85" w:rsidRPr="00F12D54" w:rsidRDefault="009242EB">
      <w:pPr>
        <w:spacing w:before="720" w:after="20" w:line="240" w:lineRule="auto"/>
      </w:pPr>
      <w:r w:rsidRPr="00F12D54">
        <w:rPr>
          <w:rFonts w:eastAsia="Arial"/>
          <w:b/>
          <w:color w:val="001F4F"/>
          <w:sz w:val="16"/>
        </w:rPr>
        <w:t>Praxistrainings-LMS</w:t>
      </w:r>
    </w:p>
    <w:p w14:paraId="22359CBE" w14:textId="77777777" w:rsidR="00342C85" w:rsidRPr="00F12D54" w:rsidRDefault="009242EB">
      <w:pPr>
        <w:spacing w:after="20" w:line="240" w:lineRule="auto"/>
      </w:pPr>
      <w:r w:rsidRPr="00F12D54">
        <w:rPr>
          <w:rFonts w:eastAsia="Arial"/>
          <w:color w:val="667789"/>
          <w:sz w:val="15"/>
        </w:rPr>
        <w:t>Erstellt und freigegeben: Jennifer Ziegler  |  Geprüft: Aniko Koch</w:t>
      </w:r>
    </w:p>
    <w:p w14:paraId="7DCAD81F" w14:textId="1DAF175D" w:rsidR="00342C85" w:rsidRPr="00F12D54" w:rsidRDefault="009242EB">
      <w:pPr>
        <w:spacing w:after="0" w:line="240" w:lineRule="auto"/>
      </w:pPr>
      <w:r w:rsidRPr="00F12D54">
        <w:rPr>
          <w:rFonts w:eastAsia="Arial"/>
          <w:color w:val="667789"/>
          <w:sz w:val="15"/>
        </w:rPr>
        <w:t>www.praxistrainings-</w:t>
      </w:r>
      <w:r w:rsidR="00F12D54" w:rsidRPr="00F12D54">
        <w:rPr>
          <w:rFonts w:eastAsia="Arial"/>
          <w:color w:val="667789"/>
          <w:sz w:val="15"/>
        </w:rPr>
        <w:t>LMS</w:t>
      </w:r>
      <w:r w:rsidRPr="00F12D54">
        <w:rPr>
          <w:rFonts w:eastAsia="Arial"/>
          <w:color w:val="667789"/>
          <w:sz w:val="15"/>
        </w:rPr>
        <w:t>.de  |  info@praxistrainings-</w:t>
      </w:r>
      <w:r w:rsidR="00F12D54" w:rsidRPr="00F12D54">
        <w:rPr>
          <w:rFonts w:eastAsia="Arial"/>
          <w:color w:val="667789"/>
          <w:sz w:val="15"/>
        </w:rPr>
        <w:t>LMS</w:t>
      </w:r>
      <w:r w:rsidRPr="00F12D54">
        <w:rPr>
          <w:rFonts w:eastAsia="Arial"/>
          <w:color w:val="667789"/>
          <w:sz w:val="15"/>
        </w:rPr>
        <w:t xml:space="preserve">.de  |  </w:t>
      </w:r>
      <w:r w:rsidR="00F12D54" w:rsidRPr="00F12D54">
        <w:rPr>
          <w:rFonts w:eastAsia="Arial"/>
          <w:color w:val="667789"/>
          <w:sz w:val="15"/>
        </w:rPr>
        <w:t>Version 3 vom 08.09.2026</w:t>
      </w:r>
    </w:p>
    <w:p w14:paraId="69D218D1" w14:textId="77777777" w:rsidR="00342C85" w:rsidRPr="00F12D54" w:rsidRDefault="009242EB">
      <w:pPr>
        <w:spacing w:after="0"/>
      </w:pPr>
      <w:r w:rsidRPr="00F12D54">
        <w:br w:type="page"/>
      </w:r>
    </w:p>
    <w:tbl>
      <w:tblPr>
        <w:tblW w:w="9865" w:type="dxa"/>
        <w:tblLayout w:type="fixed"/>
        <w:tblLook w:val="04A0" w:firstRow="1" w:lastRow="0" w:firstColumn="1" w:lastColumn="0" w:noHBand="0" w:noVBand="1"/>
      </w:tblPr>
      <w:tblGrid>
        <w:gridCol w:w="9865"/>
      </w:tblGrid>
      <w:tr w:rsidR="00342C85" w:rsidRPr="00F12D54" w14:paraId="0D2CC43F" w14:textId="77777777">
        <w:tc>
          <w:tcPr>
            <w:tcW w:w="9865" w:type="dxa"/>
            <w:shd w:val="clear" w:color="auto" w:fill="EAF2F8"/>
            <w:tcMar>
              <w:top w:w="180" w:type="dxa"/>
              <w:left w:w="230" w:type="dxa"/>
              <w:bottom w:w="180" w:type="dxa"/>
              <w:right w:w="230" w:type="dxa"/>
            </w:tcMar>
          </w:tcPr>
          <w:p w14:paraId="3C0EF7FF" w14:textId="77777777" w:rsidR="00342C85" w:rsidRPr="00F12D54" w:rsidRDefault="009242EB">
            <w:pPr>
              <w:spacing w:after="60" w:line="240" w:lineRule="auto"/>
            </w:pPr>
            <w:r w:rsidRPr="00F12D54">
              <w:rPr>
                <w:rFonts w:eastAsia="Arial"/>
                <w:b/>
                <w:color w:val="001F4F"/>
                <w:sz w:val="20"/>
              </w:rPr>
              <w:lastRenderedPageBreak/>
              <w:t>HINWEIS ZUR NUTZUNG</w:t>
            </w:r>
          </w:p>
          <w:p w14:paraId="254CC4F5" w14:textId="77777777" w:rsidR="00342C85" w:rsidRPr="00F12D54" w:rsidRDefault="009242EB">
            <w:pPr>
              <w:spacing w:after="0" w:line="278" w:lineRule="auto"/>
            </w:pPr>
            <w:r w:rsidRPr="00F12D54">
              <w:rPr>
                <w:rFonts w:eastAsia="Arial"/>
                <w:sz w:val="17"/>
              </w:rPr>
              <w:t>Mit diesem Fragebogen können Sie prüfen, ob Ihr Unternehmen die rechtlichen Anforderungen an eine Lebensmittelsicherheitskultur erfüllt. Beantworten Sie die Fragen kritisch und ehrlich und halten Sie fest, welche Nachweise Sie eingesehen haben. Bewerten Sie die Umsetzung zum Beispiel als erfüllt, teilweise erfüllt, nicht erfüllt oder nicht anwendbar. Aus Abweichungen sollten konkrete Maßnahmen mit Verantwortung und Termin abgeleitet werden.</w:t>
            </w:r>
          </w:p>
        </w:tc>
      </w:tr>
    </w:tbl>
    <w:p w14:paraId="0971652E" w14:textId="77777777" w:rsidR="00342C85" w:rsidRPr="00F12D54" w:rsidRDefault="00342C85">
      <w:pPr>
        <w:spacing w:after="20"/>
      </w:pPr>
    </w:p>
    <w:p w14:paraId="5E434357" w14:textId="77777777" w:rsidR="00342C85" w:rsidRPr="00F12D54" w:rsidRDefault="009242EB">
      <w:pPr>
        <w:keepNext/>
        <w:shd w:val="clear" w:color="auto" w:fill="001F4F"/>
        <w:spacing w:before="140" w:after="120" w:line="240" w:lineRule="auto"/>
      </w:pPr>
      <w:r w:rsidRPr="00F12D54">
        <w:rPr>
          <w:rFonts w:eastAsia="Arial"/>
          <w:b/>
          <w:color w:val="E0E900"/>
          <w:sz w:val="22"/>
        </w:rPr>
        <w:t xml:space="preserve">  1  </w:t>
      </w:r>
      <w:r w:rsidRPr="00F12D54">
        <w:rPr>
          <w:rFonts w:eastAsia="Arial"/>
          <w:b/>
          <w:color w:val="FFFFFF"/>
          <w:sz w:val="22"/>
        </w:rPr>
        <w:t>KOMMUNIKATION</w:t>
      </w:r>
    </w:p>
    <w:tbl>
      <w:tblPr>
        <w:tblW w:w="9865" w:type="dxa"/>
        <w:tblLayout w:type="fixed"/>
        <w:tblLook w:val="04A0" w:firstRow="1" w:lastRow="0" w:firstColumn="1" w:lastColumn="0" w:noHBand="0" w:noVBand="1"/>
      </w:tblPr>
      <w:tblGrid>
        <w:gridCol w:w="5200"/>
        <w:gridCol w:w="2100"/>
        <w:gridCol w:w="2565"/>
      </w:tblGrid>
      <w:tr w:rsidR="00342C85" w:rsidRPr="00F12D54" w14:paraId="60B3C040" w14:textId="77777777">
        <w:trPr>
          <w:cantSplit/>
          <w:tblHeader/>
        </w:trPr>
        <w:tc>
          <w:tcPr>
            <w:tcW w:w="5200" w:type="dxa"/>
            <w:tcBorders>
              <w:top w:val="single" w:sz="5" w:space="0" w:color="CBD5DF"/>
              <w:left w:val="single" w:sz="5" w:space="0" w:color="CBD5DF"/>
              <w:bottom w:val="single" w:sz="5" w:space="0" w:color="CBD5DF"/>
              <w:right w:val="single" w:sz="5" w:space="0" w:color="CBD5DF"/>
            </w:tcBorders>
            <w:shd w:val="clear" w:color="auto" w:fill="001F4F"/>
            <w:tcMar>
              <w:top w:w="110" w:type="dxa"/>
              <w:left w:w="120" w:type="dxa"/>
              <w:bottom w:w="110" w:type="dxa"/>
              <w:right w:w="120" w:type="dxa"/>
            </w:tcMar>
            <w:vAlign w:val="center"/>
          </w:tcPr>
          <w:p w14:paraId="557B5232" w14:textId="77777777" w:rsidR="00342C85" w:rsidRPr="00F12D54" w:rsidRDefault="009242EB">
            <w:pPr>
              <w:spacing w:after="0" w:line="240" w:lineRule="auto"/>
            </w:pPr>
            <w:r w:rsidRPr="00F12D54">
              <w:rPr>
                <w:rFonts w:eastAsia="Arial"/>
                <w:b/>
                <w:color w:val="FFFFFF"/>
                <w:sz w:val="14"/>
              </w:rPr>
              <w:t>FRAGE UND PRÜFHINWEIS</w:t>
            </w:r>
          </w:p>
        </w:tc>
        <w:tc>
          <w:tcPr>
            <w:tcW w:w="2100" w:type="dxa"/>
            <w:tcBorders>
              <w:top w:val="single" w:sz="5" w:space="0" w:color="CBD5DF"/>
              <w:left w:val="single" w:sz="5" w:space="0" w:color="CBD5DF"/>
              <w:bottom w:val="single" w:sz="5" w:space="0" w:color="CBD5DF"/>
              <w:right w:val="single" w:sz="5" w:space="0" w:color="CBD5DF"/>
            </w:tcBorders>
            <w:shd w:val="clear" w:color="auto" w:fill="001F4F"/>
            <w:tcMar>
              <w:top w:w="110" w:type="dxa"/>
              <w:left w:w="120" w:type="dxa"/>
              <w:bottom w:w="110" w:type="dxa"/>
              <w:right w:w="120" w:type="dxa"/>
            </w:tcMar>
            <w:vAlign w:val="center"/>
          </w:tcPr>
          <w:p w14:paraId="770D3016" w14:textId="77777777" w:rsidR="00342C85" w:rsidRPr="00F12D54" w:rsidRDefault="009242EB">
            <w:pPr>
              <w:spacing w:after="0" w:line="240" w:lineRule="auto"/>
            </w:pPr>
            <w:r w:rsidRPr="00F12D54">
              <w:rPr>
                <w:rFonts w:eastAsia="Arial"/>
                <w:b/>
                <w:color w:val="FFFFFF"/>
                <w:sz w:val="14"/>
              </w:rPr>
              <w:t>ANTWORT / BEWERTUNG</w:t>
            </w:r>
          </w:p>
        </w:tc>
        <w:tc>
          <w:tcPr>
            <w:tcW w:w="2565" w:type="dxa"/>
            <w:tcBorders>
              <w:top w:val="single" w:sz="5" w:space="0" w:color="CBD5DF"/>
              <w:left w:val="single" w:sz="5" w:space="0" w:color="CBD5DF"/>
              <w:bottom w:val="single" w:sz="5" w:space="0" w:color="CBD5DF"/>
              <w:right w:val="single" w:sz="5" w:space="0" w:color="CBD5DF"/>
            </w:tcBorders>
            <w:shd w:val="clear" w:color="auto" w:fill="E0E900"/>
            <w:tcMar>
              <w:top w:w="110" w:type="dxa"/>
              <w:left w:w="120" w:type="dxa"/>
              <w:bottom w:w="110" w:type="dxa"/>
              <w:right w:w="120" w:type="dxa"/>
            </w:tcMar>
            <w:vAlign w:val="center"/>
          </w:tcPr>
          <w:p w14:paraId="4FFAB9B9" w14:textId="77777777" w:rsidR="00342C85" w:rsidRPr="00F12D54" w:rsidRDefault="009242EB">
            <w:pPr>
              <w:spacing w:after="0" w:line="240" w:lineRule="auto"/>
            </w:pPr>
            <w:r w:rsidRPr="00F12D54">
              <w:rPr>
                <w:rFonts w:eastAsia="Arial"/>
                <w:b/>
                <w:color w:val="001F4F"/>
                <w:sz w:val="14"/>
              </w:rPr>
              <w:t>NACHWEISE / BEISPIELE</w:t>
            </w:r>
          </w:p>
        </w:tc>
      </w:tr>
      <w:tr w:rsidR="00342C85" w:rsidRPr="00F12D54" w14:paraId="739833BB" w14:textId="77777777">
        <w:trPr>
          <w:cantSplit/>
          <w:trHeight w:val="1701"/>
        </w:trPr>
        <w:tc>
          <w:tcPr>
            <w:tcW w:w="5200" w:type="dxa"/>
            <w:tcBorders>
              <w:top w:val="single" w:sz="5" w:space="0" w:color="CBD5DF"/>
              <w:left w:val="single" w:sz="5" w:space="0" w:color="CBD5DF"/>
              <w:bottom w:val="single" w:sz="5" w:space="0" w:color="CBD5DF"/>
              <w:right w:val="single" w:sz="5" w:space="0" w:color="CBD5DF"/>
            </w:tcBorders>
            <w:shd w:val="clear" w:color="auto" w:fill="FFFFFF"/>
            <w:tcMar>
              <w:top w:w="110" w:type="dxa"/>
              <w:left w:w="120" w:type="dxa"/>
              <w:bottom w:w="110" w:type="dxa"/>
              <w:right w:w="120" w:type="dxa"/>
            </w:tcMar>
          </w:tcPr>
          <w:p w14:paraId="6AE3537B" w14:textId="77777777" w:rsidR="00342C85" w:rsidRPr="00F12D54" w:rsidRDefault="009242EB">
            <w:pPr>
              <w:spacing w:after="0" w:line="259" w:lineRule="auto"/>
            </w:pPr>
            <w:r w:rsidRPr="00F12D54">
              <w:rPr>
                <w:rFonts w:eastAsia="Arial"/>
                <w:b/>
                <w:color w:val="001F4F"/>
                <w:sz w:val="17"/>
              </w:rPr>
              <w:t xml:space="preserve">1  </w:t>
            </w:r>
            <w:r w:rsidRPr="00F12D54">
              <w:rPr>
                <w:rFonts w:eastAsia="Arial"/>
                <w:sz w:val="17"/>
              </w:rPr>
              <w:t>Übernimmt die Geschäftsleitung eine Führungsrolle in den Verfahren zur Gewährleistung der Lebensmittelsicherheit? Bezieht sie hierbei alle Beschäftigten ein?</w:t>
            </w:r>
          </w:p>
          <w:p w14:paraId="2E0675AB" w14:textId="77777777" w:rsidR="00342C85" w:rsidRPr="00F12D54" w:rsidRDefault="009242EB">
            <w:pPr>
              <w:spacing w:before="100" w:after="0" w:line="259" w:lineRule="auto"/>
            </w:pPr>
            <w:r w:rsidRPr="00F12D54">
              <w:rPr>
                <w:rFonts w:eastAsia="Arial"/>
                <w:i/>
                <w:color w:val="667789"/>
                <w:sz w:val="14"/>
              </w:rPr>
              <w:t>Tipp: Wie kommuniziert die Leitung? Wird jede Person erreicht? Was passiert bei Abweichungen?</w:t>
            </w:r>
          </w:p>
        </w:tc>
        <w:tc>
          <w:tcPr>
            <w:tcW w:w="2100" w:type="dxa"/>
            <w:tcBorders>
              <w:top w:val="single" w:sz="5" w:space="0" w:color="CBD5DF"/>
              <w:left w:val="single" w:sz="5" w:space="0" w:color="CBD5DF"/>
              <w:bottom w:val="single" w:sz="5" w:space="0" w:color="CBD5DF"/>
              <w:right w:val="single" w:sz="5" w:space="0" w:color="CBD5DF"/>
            </w:tcBorders>
            <w:shd w:val="clear" w:color="auto" w:fill="FCFCE8"/>
            <w:tcMar>
              <w:top w:w="110" w:type="dxa"/>
              <w:left w:w="120" w:type="dxa"/>
              <w:bottom w:w="110" w:type="dxa"/>
              <w:right w:w="120" w:type="dxa"/>
            </w:tcMar>
          </w:tcPr>
          <w:p w14:paraId="48DCEED2" w14:textId="77777777" w:rsidR="00342C85" w:rsidRPr="00F12D54" w:rsidRDefault="00342C85"/>
        </w:tc>
        <w:tc>
          <w:tcPr>
            <w:tcW w:w="2565" w:type="dxa"/>
            <w:tcBorders>
              <w:top w:val="single" w:sz="5" w:space="0" w:color="CBD5DF"/>
              <w:left w:val="single" w:sz="5" w:space="0" w:color="CBD5DF"/>
              <w:bottom w:val="single" w:sz="5" w:space="0" w:color="CBD5DF"/>
              <w:right w:val="single" w:sz="5" w:space="0" w:color="CBD5DF"/>
            </w:tcBorders>
            <w:shd w:val="clear" w:color="auto" w:fill="EAF2F8"/>
            <w:tcMar>
              <w:top w:w="110" w:type="dxa"/>
              <w:left w:w="120" w:type="dxa"/>
              <w:bottom w:w="110" w:type="dxa"/>
              <w:right w:w="120" w:type="dxa"/>
            </w:tcMar>
          </w:tcPr>
          <w:p w14:paraId="5EC2D5FD" w14:textId="77777777" w:rsidR="00342C85" w:rsidRPr="00F12D54" w:rsidRDefault="00342C85"/>
        </w:tc>
      </w:tr>
      <w:tr w:rsidR="00342C85" w:rsidRPr="00F12D54" w14:paraId="6D2FE072" w14:textId="77777777">
        <w:trPr>
          <w:cantSplit/>
          <w:trHeight w:val="1474"/>
        </w:trPr>
        <w:tc>
          <w:tcPr>
            <w:tcW w:w="5200" w:type="dxa"/>
            <w:tcBorders>
              <w:top w:val="single" w:sz="5" w:space="0" w:color="CBD5DF"/>
              <w:left w:val="single" w:sz="5" w:space="0" w:color="CBD5DF"/>
              <w:bottom w:val="single" w:sz="5" w:space="0" w:color="CBD5DF"/>
              <w:right w:val="single" w:sz="5" w:space="0" w:color="CBD5DF"/>
            </w:tcBorders>
            <w:shd w:val="clear" w:color="auto" w:fill="FFFFFF"/>
            <w:tcMar>
              <w:top w:w="110" w:type="dxa"/>
              <w:left w:w="120" w:type="dxa"/>
              <w:bottom w:w="110" w:type="dxa"/>
              <w:right w:w="120" w:type="dxa"/>
            </w:tcMar>
          </w:tcPr>
          <w:p w14:paraId="3105918F" w14:textId="77777777" w:rsidR="00342C85" w:rsidRPr="00F12D54" w:rsidRDefault="009242EB">
            <w:pPr>
              <w:spacing w:after="0" w:line="259" w:lineRule="auto"/>
            </w:pPr>
            <w:r w:rsidRPr="00F12D54">
              <w:rPr>
                <w:rFonts w:eastAsia="Arial"/>
                <w:b/>
                <w:color w:val="001F4F"/>
                <w:sz w:val="17"/>
              </w:rPr>
              <w:t xml:space="preserve">2  </w:t>
            </w:r>
            <w:r w:rsidRPr="00F12D54">
              <w:rPr>
                <w:rFonts w:eastAsia="Arial"/>
                <w:sz w:val="17"/>
              </w:rPr>
              <w:t>Wie wird eine offene und klare Kommunikation erreicht - innerhalb von Tätigkeitsbereichen und zwischen diesen?</w:t>
            </w:r>
          </w:p>
          <w:p w14:paraId="3DADE1E8" w14:textId="77777777" w:rsidR="00342C85" w:rsidRPr="00F12D54" w:rsidRDefault="009242EB">
            <w:pPr>
              <w:spacing w:before="100" w:after="0" w:line="259" w:lineRule="auto"/>
            </w:pPr>
            <w:r w:rsidRPr="00F12D54">
              <w:rPr>
                <w:rFonts w:eastAsia="Arial"/>
                <w:i/>
                <w:color w:val="667789"/>
                <w:sz w:val="14"/>
              </w:rPr>
              <w:t>Tipp: Gibt es Messgrößen für Lebensmittelsicherheit? Dashboards? Wird über Abweichungen offen gesprochen?</w:t>
            </w:r>
          </w:p>
        </w:tc>
        <w:tc>
          <w:tcPr>
            <w:tcW w:w="2100" w:type="dxa"/>
            <w:tcBorders>
              <w:top w:val="single" w:sz="5" w:space="0" w:color="CBD5DF"/>
              <w:left w:val="single" w:sz="5" w:space="0" w:color="CBD5DF"/>
              <w:bottom w:val="single" w:sz="5" w:space="0" w:color="CBD5DF"/>
              <w:right w:val="single" w:sz="5" w:space="0" w:color="CBD5DF"/>
            </w:tcBorders>
            <w:shd w:val="clear" w:color="auto" w:fill="FCFCE8"/>
            <w:tcMar>
              <w:top w:w="110" w:type="dxa"/>
              <w:left w:w="120" w:type="dxa"/>
              <w:bottom w:w="110" w:type="dxa"/>
              <w:right w:w="120" w:type="dxa"/>
            </w:tcMar>
          </w:tcPr>
          <w:p w14:paraId="52C05BA5" w14:textId="77777777" w:rsidR="00342C85" w:rsidRPr="00F12D54" w:rsidRDefault="00342C85"/>
        </w:tc>
        <w:tc>
          <w:tcPr>
            <w:tcW w:w="2565" w:type="dxa"/>
            <w:tcBorders>
              <w:top w:val="single" w:sz="5" w:space="0" w:color="CBD5DF"/>
              <w:left w:val="single" w:sz="5" w:space="0" w:color="CBD5DF"/>
              <w:bottom w:val="single" w:sz="5" w:space="0" w:color="CBD5DF"/>
              <w:right w:val="single" w:sz="5" w:space="0" w:color="CBD5DF"/>
            </w:tcBorders>
            <w:shd w:val="clear" w:color="auto" w:fill="EAF2F8"/>
            <w:tcMar>
              <w:top w:w="110" w:type="dxa"/>
              <w:left w:w="120" w:type="dxa"/>
              <w:bottom w:w="110" w:type="dxa"/>
              <w:right w:w="120" w:type="dxa"/>
            </w:tcMar>
          </w:tcPr>
          <w:p w14:paraId="3888A507" w14:textId="77777777" w:rsidR="00342C85" w:rsidRPr="00F12D54" w:rsidRDefault="00342C85"/>
        </w:tc>
      </w:tr>
      <w:tr w:rsidR="00342C85" w:rsidRPr="00F12D54" w14:paraId="1710429E" w14:textId="77777777">
        <w:trPr>
          <w:cantSplit/>
          <w:trHeight w:val="1928"/>
        </w:trPr>
        <w:tc>
          <w:tcPr>
            <w:tcW w:w="5200" w:type="dxa"/>
            <w:tcBorders>
              <w:top w:val="single" w:sz="5" w:space="0" w:color="CBD5DF"/>
              <w:left w:val="single" w:sz="5" w:space="0" w:color="CBD5DF"/>
              <w:bottom w:val="single" w:sz="5" w:space="0" w:color="CBD5DF"/>
              <w:right w:val="single" w:sz="5" w:space="0" w:color="CBD5DF"/>
            </w:tcBorders>
            <w:shd w:val="clear" w:color="auto" w:fill="FFFFFF"/>
            <w:tcMar>
              <w:top w:w="110" w:type="dxa"/>
              <w:left w:w="120" w:type="dxa"/>
              <w:bottom w:w="110" w:type="dxa"/>
              <w:right w:w="120" w:type="dxa"/>
            </w:tcMar>
          </w:tcPr>
          <w:p w14:paraId="60C26CA0" w14:textId="77777777" w:rsidR="00342C85" w:rsidRPr="00F12D54" w:rsidRDefault="009242EB">
            <w:pPr>
              <w:spacing w:after="0" w:line="259" w:lineRule="auto"/>
            </w:pPr>
            <w:r w:rsidRPr="00F12D54">
              <w:rPr>
                <w:rFonts w:eastAsia="Arial"/>
                <w:b/>
                <w:color w:val="001F4F"/>
                <w:sz w:val="17"/>
              </w:rPr>
              <w:t xml:space="preserve">3  </w:t>
            </w:r>
            <w:r w:rsidRPr="00F12D54">
              <w:rPr>
                <w:rFonts w:eastAsia="Arial"/>
                <w:sz w:val="17"/>
              </w:rPr>
              <w:t>Gibt es ein System zur anonymen Meldung von Bedenken bezüglich der Lebensmittelsicherheit?</w:t>
            </w:r>
          </w:p>
          <w:p w14:paraId="1DCE0FAB" w14:textId="77777777" w:rsidR="00342C85" w:rsidRPr="00F12D54" w:rsidRDefault="009242EB">
            <w:pPr>
              <w:spacing w:before="100" w:after="0" w:line="259" w:lineRule="auto"/>
            </w:pPr>
            <w:r w:rsidRPr="00F12D54">
              <w:rPr>
                <w:rFonts w:eastAsia="Arial"/>
                <w:i/>
                <w:color w:val="667789"/>
                <w:sz w:val="14"/>
              </w:rPr>
              <w:t>Tipp: Eine externe Telefonnummer, z. B. zu einem Rechtsanwalt, oder auch ein anonymer Briefkasten (geleert von einer Vertrauensperson)? Kommuniziert, genutzt und ausgewertet?</w:t>
            </w:r>
          </w:p>
        </w:tc>
        <w:tc>
          <w:tcPr>
            <w:tcW w:w="2100" w:type="dxa"/>
            <w:tcBorders>
              <w:top w:val="single" w:sz="5" w:space="0" w:color="CBD5DF"/>
              <w:left w:val="single" w:sz="5" w:space="0" w:color="CBD5DF"/>
              <w:bottom w:val="single" w:sz="5" w:space="0" w:color="CBD5DF"/>
              <w:right w:val="single" w:sz="5" w:space="0" w:color="CBD5DF"/>
            </w:tcBorders>
            <w:shd w:val="clear" w:color="auto" w:fill="FCFCE8"/>
            <w:tcMar>
              <w:top w:w="110" w:type="dxa"/>
              <w:left w:w="120" w:type="dxa"/>
              <w:bottom w:w="110" w:type="dxa"/>
              <w:right w:w="120" w:type="dxa"/>
            </w:tcMar>
          </w:tcPr>
          <w:p w14:paraId="053BC8EC" w14:textId="77777777" w:rsidR="00342C85" w:rsidRPr="00F12D54" w:rsidRDefault="00342C85"/>
        </w:tc>
        <w:tc>
          <w:tcPr>
            <w:tcW w:w="2565" w:type="dxa"/>
            <w:tcBorders>
              <w:top w:val="single" w:sz="5" w:space="0" w:color="CBD5DF"/>
              <w:left w:val="single" w:sz="5" w:space="0" w:color="CBD5DF"/>
              <w:bottom w:val="single" w:sz="5" w:space="0" w:color="CBD5DF"/>
              <w:right w:val="single" w:sz="5" w:space="0" w:color="CBD5DF"/>
            </w:tcBorders>
            <w:shd w:val="clear" w:color="auto" w:fill="EAF2F8"/>
            <w:tcMar>
              <w:top w:w="110" w:type="dxa"/>
              <w:left w:w="120" w:type="dxa"/>
              <w:bottom w:w="110" w:type="dxa"/>
              <w:right w:w="120" w:type="dxa"/>
            </w:tcMar>
          </w:tcPr>
          <w:p w14:paraId="6197C93E" w14:textId="77777777" w:rsidR="00342C85" w:rsidRPr="00F12D54" w:rsidRDefault="00342C85"/>
        </w:tc>
      </w:tr>
      <w:tr w:rsidR="00342C85" w:rsidRPr="00F12D54" w14:paraId="410601FA" w14:textId="77777777">
        <w:trPr>
          <w:cantSplit/>
          <w:trHeight w:val="1134"/>
        </w:trPr>
        <w:tc>
          <w:tcPr>
            <w:tcW w:w="5200" w:type="dxa"/>
            <w:tcBorders>
              <w:top w:val="single" w:sz="5" w:space="0" w:color="CBD5DF"/>
              <w:left w:val="single" w:sz="5" w:space="0" w:color="CBD5DF"/>
              <w:bottom w:val="single" w:sz="5" w:space="0" w:color="CBD5DF"/>
              <w:right w:val="single" w:sz="5" w:space="0" w:color="CBD5DF"/>
            </w:tcBorders>
            <w:shd w:val="clear" w:color="auto" w:fill="FFFFFF"/>
            <w:tcMar>
              <w:top w:w="110" w:type="dxa"/>
              <w:left w:w="120" w:type="dxa"/>
              <w:bottom w:w="110" w:type="dxa"/>
              <w:right w:w="120" w:type="dxa"/>
            </w:tcMar>
          </w:tcPr>
          <w:p w14:paraId="65D85ADF" w14:textId="77777777" w:rsidR="00342C85" w:rsidRPr="00F12D54" w:rsidRDefault="009242EB">
            <w:pPr>
              <w:spacing w:after="0" w:line="259" w:lineRule="auto"/>
            </w:pPr>
            <w:r w:rsidRPr="00F12D54">
              <w:rPr>
                <w:rFonts w:eastAsia="Arial"/>
                <w:b/>
                <w:color w:val="001F4F"/>
                <w:sz w:val="17"/>
              </w:rPr>
              <w:t xml:space="preserve">4  </w:t>
            </w:r>
            <w:r w:rsidRPr="00F12D54">
              <w:rPr>
                <w:rFonts w:eastAsia="Arial"/>
                <w:sz w:val="17"/>
              </w:rPr>
              <w:t>Werden Kennzahlen (KPIs) zur Entwicklung und Bewertung der Lebensmittelsicherheitskultur erhoben und analysiert?</w:t>
            </w:r>
          </w:p>
        </w:tc>
        <w:tc>
          <w:tcPr>
            <w:tcW w:w="2100" w:type="dxa"/>
            <w:tcBorders>
              <w:top w:val="single" w:sz="5" w:space="0" w:color="CBD5DF"/>
              <w:left w:val="single" w:sz="5" w:space="0" w:color="CBD5DF"/>
              <w:bottom w:val="single" w:sz="5" w:space="0" w:color="CBD5DF"/>
              <w:right w:val="single" w:sz="5" w:space="0" w:color="CBD5DF"/>
            </w:tcBorders>
            <w:shd w:val="clear" w:color="auto" w:fill="FCFCE8"/>
            <w:tcMar>
              <w:top w:w="110" w:type="dxa"/>
              <w:left w:w="120" w:type="dxa"/>
              <w:bottom w:w="110" w:type="dxa"/>
              <w:right w:w="120" w:type="dxa"/>
            </w:tcMar>
          </w:tcPr>
          <w:p w14:paraId="3823150C" w14:textId="77777777" w:rsidR="00342C85" w:rsidRPr="00F12D54" w:rsidRDefault="00342C85"/>
        </w:tc>
        <w:tc>
          <w:tcPr>
            <w:tcW w:w="2565" w:type="dxa"/>
            <w:tcBorders>
              <w:top w:val="single" w:sz="5" w:space="0" w:color="CBD5DF"/>
              <w:left w:val="single" w:sz="5" w:space="0" w:color="CBD5DF"/>
              <w:bottom w:val="single" w:sz="5" w:space="0" w:color="CBD5DF"/>
              <w:right w:val="single" w:sz="5" w:space="0" w:color="CBD5DF"/>
            </w:tcBorders>
            <w:shd w:val="clear" w:color="auto" w:fill="EAF2F8"/>
            <w:tcMar>
              <w:top w:w="110" w:type="dxa"/>
              <w:left w:w="120" w:type="dxa"/>
              <w:bottom w:w="110" w:type="dxa"/>
              <w:right w:w="120" w:type="dxa"/>
            </w:tcMar>
          </w:tcPr>
          <w:p w14:paraId="34EB46C0" w14:textId="77777777" w:rsidR="00342C85" w:rsidRPr="00F12D54" w:rsidRDefault="00342C85"/>
        </w:tc>
      </w:tr>
    </w:tbl>
    <w:p w14:paraId="1E869F93" w14:textId="77777777" w:rsidR="00342C85" w:rsidRPr="00F12D54" w:rsidRDefault="00342C85">
      <w:pPr>
        <w:spacing w:after="0"/>
      </w:pPr>
    </w:p>
    <w:tbl>
      <w:tblPr>
        <w:tblW w:w="9865" w:type="dxa"/>
        <w:tblLayout w:type="fixed"/>
        <w:tblLook w:val="04A0" w:firstRow="1" w:lastRow="0" w:firstColumn="1" w:lastColumn="0" w:noHBand="0" w:noVBand="1"/>
      </w:tblPr>
      <w:tblGrid>
        <w:gridCol w:w="9865"/>
      </w:tblGrid>
      <w:tr w:rsidR="00342C85" w:rsidRPr="00F12D54" w14:paraId="1E29E81F" w14:textId="77777777">
        <w:tc>
          <w:tcPr>
            <w:tcW w:w="9865" w:type="dxa"/>
            <w:shd w:val="clear" w:color="auto" w:fill="F8F6EF"/>
            <w:tcMar>
              <w:top w:w="120" w:type="dxa"/>
              <w:left w:w="180" w:type="dxa"/>
              <w:bottom w:w="120" w:type="dxa"/>
              <w:right w:w="180" w:type="dxa"/>
            </w:tcMar>
          </w:tcPr>
          <w:p w14:paraId="2DA49662" w14:textId="274B091F" w:rsidR="00342C85" w:rsidRPr="00F12D54" w:rsidRDefault="009242EB">
            <w:pPr>
              <w:spacing w:after="0" w:line="252" w:lineRule="auto"/>
            </w:pPr>
            <w:r w:rsidRPr="00F12D54">
              <w:rPr>
                <w:rFonts w:eastAsia="Arial"/>
                <w:b/>
                <w:color w:val="001F4F"/>
                <w:sz w:val="15"/>
              </w:rPr>
              <w:t xml:space="preserve">UNTERSTÜTZUNG GESUCHT?  </w:t>
            </w:r>
            <w:r w:rsidRPr="00F12D54">
              <w:rPr>
                <w:rFonts w:eastAsia="Arial"/>
                <w:sz w:val="15"/>
              </w:rPr>
              <w:t>Praxistrainings-LMS bietet Schulungen und Beratung zur Lebensmittelsicherheitskultur und zu weiteren Themen der Lebensmittelsicherheit: www.praxistrainings-</w:t>
            </w:r>
            <w:r w:rsidR="00F12D54" w:rsidRPr="00F12D54">
              <w:rPr>
                <w:rFonts w:eastAsia="Arial"/>
                <w:sz w:val="15"/>
              </w:rPr>
              <w:t>LMS</w:t>
            </w:r>
            <w:r w:rsidRPr="00F12D54">
              <w:rPr>
                <w:rFonts w:eastAsia="Arial"/>
                <w:sz w:val="15"/>
              </w:rPr>
              <w:t>.de</w:t>
            </w:r>
          </w:p>
        </w:tc>
      </w:tr>
    </w:tbl>
    <w:p w14:paraId="48BAC1C8" w14:textId="77777777" w:rsidR="00342C85" w:rsidRPr="00F12D54" w:rsidRDefault="009242EB">
      <w:pPr>
        <w:spacing w:after="0"/>
      </w:pPr>
      <w:r w:rsidRPr="00F12D54">
        <w:br w:type="page"/>
      </w:r>
    </w:p>
    <w:p w14:paraId="3FA8EB4D" w14:textId="77777777" w:rsidR="00342C85" w:rsidRPr="00F12D54" w:rsidRDefault="009242EB">
      <w:pPr>
        <w:keepNext/>
        <w:shd w:val="clear" w:color="auto" w:fill="001F4F"/>
        <w:spacing w:before="140" w:after="120" w:line="240" w:lineRule="auto"/>
      </w:pPr>
      <w:r w:rsidRPr="00F12D54">
        <w:rPr>
          <w:rFonts w:eastAsia="Arial"/>
          <w:b/>
          <w:color w:val="E0E900"/>
          <w:sz w:val="22"/>
        </w:rPr>
        <w:lastRenderedPageBreak/>
        <w:t xml:space="preserve">  2  </w:t>
      </w:r>
      <w:r w:rsidRPr="00F12D54">
        <w:rPr>
          <w:rFonts w:eastAsia="Arial"/>
          <w:b/>
          <w:color w:val="FFFFFF"/>
          <w:sz w:val="22"/>
        </w:rPr>
        <w:t>ENGAGEMENT &amp; VERANTWORTUNG DER LEITUNG</w:t>
      </w:r>
    </w:p>
    <w:tbl>
      <w:tblPr>
        <w:tblW w:w="9865" w:type="dxa"/>
        <w:tblLayout w:type="fixed"/>
        <w:tblLook w:val="04A0" w:firstRow="1" w:lastRow="0" w:firstColumn="1" w:lastColumn="0" w:noHBand="0" w:noVBand="1"/>
      </w:tblPr>
      <w:tblGrid>
        <w:gridCol w:w="5200"/>
        <w:gridCol w:w="2100"/>
        <w:gridCol w:w="2565"/>
      </w:tblGrid>
      <w:tr w:rsidR="00342C85" w:rsidRPr="00F12D54" w14:paraId="35CCD1B8" w14:textId="77777777">
        <w:trPr>
          <w:cantSplit/>
          <w:tblHeader/>
        </w:trPr>
        <w:tc>
          <w:tcPr>
            <w:tcW w:w="5200" w:type="dxa"/>
            <w:tcBorders>
              <w:top w:val="single" w:sz="5" w:space="0" w:color="CBD5DF"/>
              <w:left w:val="single" w:sz="5" w:space="0" w:color="CBD5DF"/>
              <w:bottom w:val="single" w:sz="5" w:space="0" w:color="CBD5DF"/>
              <w:right w:val="single" w:sz="5" w:space="0" w:color="CBD5DF"/>
            </w:tcBorders>
            <w:shd w:val="clear" w:color="auto" w:fill="001F4F"/>
            <w:tcMar>
              <w:top w:w="110" w:type="dxa"/>
              <w:left w:w="120" w:type="dxa"/>
              <w:bottom w:w="110" w:type="dxa"/>
              <w:right w:w="120" w:type="dxa"/>
            </w:tcMar>
            <w:vAlign w:val="center"/>
          </w:tcPr>
          <w:p w14:paraId="4E57B40D" w14:textId="77777777" w:rsidR="00342C85" w:rsidRPr="00F12D54" w:rsidRDefault="009242EB">
            <w:pPr>
              <w:spacing w:after="0" w:line="240" w:lineRule="auto"/>
            </w:pPr>
            <w:r w:rsidRPr="00F12D54">
              <w:rPr>
                <w:rFonts w:eastAsia="Arial"/>
                <w:b/>
                <w:color w:val="FFFFFF"/>
                <w:sz w:val="14"/>
              </w:rPr>
              <w:t>FRAGE UND PRÜFHINWEIS</w:t>
            </w:r>
          </w:p>
        </w:tc>
        <w:tc>
          <w:tcPr>
            <w:tcW w:w="2100" w:type="dxa"/>
            <w:tcBorders>
              <w:top w:val="single" w:sz="5" w:space="0" w:color="CBD5DF"/>
              <w:left w:val="single" w:sz="5" w:space="0" w:color="CBD5DF"/>
              <w:bottom w:val="single" w:sz="5" w:space="0" w:color="CBD5DF"/>
              <w:right w:val="single" w:sz="5" w:space="0" w:color="CBD5DF"/>
            </w:tcBorders>
            <w:shd w:val="clear" w:color="auto" w:fill="001F4F"/>
            <w:tcMar>
              <w:top w:w="110" w:type="dxa"/>
              <w:left w:w="120" w:type="dxa"/>
              <w:bottom w:w="110" w:type="dxa"/>
              <w:right w:w="120" w:type="dxa"/>
            </w:tcMar>
            <w:vAlign w:val="center"/>
          </w:tcPr>
          <w:p w14:paraId="15A330B7" w14:textId="77777777" w:rsidR="00342C85" w:rsidRPr="00F12D54" w:rsidRDefault="009242EB">
            <w:pPr>
              <w:spacing w:after="0" w:line="240" w:lineRule="auto"/>
            </w:pPr>
            <w:r w:rsidRPr="00F12D54">
              <w:rPr>
                <w:rFonts w:eastAsia="Arial"/>
                <w:b/>
                <w:color w:val="FFFFFF"/>
                <w:sz w:val="14"/>
              </w:rPr>
              <w:t>ANTWORT / BEWERTUNG</w:t>
            </w:r>
          </w:p>
        </w:tc>
        <w:tc>
          <w:tcPr>
            <w:tcW w:w="2565" w:type="dxa"/>
            <w:tcBorders>
              <w:top w:val="single" w:sz="5" w:space="0" w:color="CBD5DF"/>
              <w:left w:val="single" w:sz="5" w:space="0" w:color="CBD5DF"/>
              <w:bottom w:val="single" w:sz="5" w:space="0" w:color="CBD5DF"/>
              <w:right w:val="single" w:sz="5" w:space="0" w:color="CBD5DF"/>
            </w:tcBorders>
            <w:shd w:val="clear" w:color="auto" w:fill="E0E900"/>
            <w:tcMar>
              <w:top w:w="110" w:type="dxa"/>
              <w:left w:w="120" w:type="dxa"/>
              <w:bottom w:w="110" w:type="dxa"/>
              <w:right w:w="120" w:type="dxa"/>
            </w:tcMar>
            <w:vAlign w:val="center"/>
          </w:tcPr>
          <w:p w14:paraId="309095BA" w14:textId="77777777" w:rsidR="00342C85" w:rsidRPr="00F12D54" w:rsidRDefault="009242EB">
            <w:pPr>
              <w:spacing w:after="0" w:line="240" w:lineRule="auto"/>
            </w:pPr>
            <w:r w:rsidRPr="00F12D54">
              <w:rPr>
                <w:rFonts w:eastAsia="Arial"/>
                <w:b/>
                <w:color w:val="001F4F"/>
                <w:sz w:val="14"/>
              </w:rPr>
              <w:t>NACHWEISE / BEISPIELE</w:t>
            </w:r>
          </w:p>
        </w:tc>
      </w:tr>
      <w:tr w:rsidR="00342C85" w:rsidRPr="00F12D54" w14:paraId="6A6EF310" w14:textId="77777777">
        <w:trPr>
          <w:cantSplit/>
          <w:trHeight w:val="2211"/>
        </w:trPr>
        <w:tc>
          <w:tcPr>
            <w:tcW w:w="5200" w:type="dxa"/>
            <w:tcBorders>
              <w:top w:val="single" w:sz="5" w:space="0" w:color="CBD5DF"/>
              <w:left w:val="single" w:sz="5" w:space="0" w:color="CBD5DF"/>
              <w:bottom w:val="single" w:sz="5" w:space="0" w:color="CBD5DF"/>
              <w:right w:val="single" w:sz="5" w:space="0" w:color="CBD5DF"/>
            </w:tcBorders>
            <w:shd w:val="clear" w:color="auto" w:fill="FFFFFF"/>
            <w:tcMar>
              <w:top w:w="110" w:type="dxa"/>
              <w:left w:w="120" w:type="dxa"/>
              <w:bottom w:w="110" w:type="dxa"/>
              <w:right w:w="120" w:type="dxa"/>
            </w:tcMar>
          </w:tcPr>
          <w:p w14:paraId="0D964ED2" w14:textId="77777777" w:rsidR="00342C85" w:rsidRPr="00F12D54" w:rsidRDefault="009242EB">
            <w:pPr>
              <w:spacing w:after="0" w:line="259" w:lineRule="auto"/>
            </w:pPr>
            <w:r w:rsidRPr="00F12D54">
              <w:rPr>
                <w:rFonts w:eastAsia="Arial"/>
                <w:b/>
                <w:color w:val="001F4F"/>
                <w:sz w:val="17"/>
              </w:rPr>
              <w:t xml:space="preserve">5  </w:t>
            </w:r>
            <w:r w:rsidRPr="00F12D54">
              <w:rPr>
                <w:rFonts w:eastAsia="Arial"/>
                <w:sz w:val="17"/>
              </w:rPr>
              <w:t>Gibt es eine Verpflichtung der Betriebsleitung und aller Beschäftigten zur sicheren Produktion und Verteilung von Lebensmitteln?</w:t>
            </w:r>
          </w:p>
          <w:p w14:paraId="5A5A92FF" w14:textId="77777777" w:rsidR="00342C85" w:rsidRPr="00F12D54" w:rsidRDefault="009242EB">
            <w:pPr>
              <w:spacing w:before="100" w:after="0" w:line="259" w:lineRule="auto"/>
            </w:pPr>
            <w:r w:rsidRPr="00F12D54">
              <w:rPr>
                <w:rFonts w:eastAsia="Arial"/>
                <w:i/>
                <w:color w:val="667789"/>
                <w:sz w:val="14"/>
              </w:rPr>
              <w:t>Tipp: Gibt es eine geschriebene Food Safety Policy? Wie aktuell ist sie? Hat die Unternehmensleitung unterschrieben? Wo ist sie zugänglich? Kennen und verstehen die Mitarbeiter die Policy?</w:t>
            </w:r>
          </w:p>
        </w:tc>
        <w:tc>
          <w:tcPr>
            <w:tcW w:w="2100" w:type="dxa"/>
            <w:tcBorders>
              <w:top w:val="single" w:sz="5" w:space="0" w:color="CBD5DF"/>
              <w:left w:val="single" w:sz="5" w:space="0" w:color="CBD5DF"/>
              <w:bottom w:val="single" w:sz="5" w:space="0" w:color="CBD5DF"/>
              <w:right w:val="single" w:sz="5" w:space="0" w:color="CBD5DF"/>
            </w:tcBorders>
            <w:shd w:val="clear" w:color="auto" w:fill="FCFCE8"/>
            <w:tcMar>
              <w:top w:w="110" w:type="dxa"/>
              <w:left w:w="120" w:type="dxa"/>
              <w:bottom w:w="110" w:type="dxa"/>
              <w:right w:w="120" w:type="dxa"/>
            </w:tcMar>
          </w:tcPr>
          <w:p w14:paraId="5FC63021" w14:textId="77777777" w:rsidR="00342C85" w:rsidRPr="00F12D54" w:rsidRDefault="00342C85"/>
        </w:tc>
        <w:tc>
          <w:tcPr>
            <w:tcW w:w="2565" w:type="dxa"/>
            <w:tcBorders>
              <w:top w:val="single" w:sz="5" w:space="0" w:color="CBD5DF"/>
              <w:left w:val="single" w:sz="5" w:space="0" w:color="CBD5DF"/>
              <w:bottom w:val="single" w:sz="5" w:space="0" w:color="CBD5DF"/>
              <w:right w:val="single" w:sz="5" w:space="0" w:color="CBD5DF"/>
            </w:tcBorders>
            <w:shd w:val="clear" w:color="auto" w:fill="EAF2F8"/>
            <w:tcMar>
              <w:top w:w="110" w:type="dxa"/>
              <w:left w:w="120" w:type="dxa"/>
              <w:bottom w:w="110" w:type="dxa"/>
              <w:right w:w="120" w:type="dxa"/>
            </w:tcMar>
          </w:tcPr>
          <w:p w14:paraId="5131469E" w14:textId="77777777" w:rsidR="00342C85" w:rsidRPr="00F12D54" w:rsidRDefault="00342C85"/>
        </w:tc>
      </w:tr>
      <w:tr w:rsidR="00342C85" w:rsidRPr="00F12D54" w14:paraId="5B11160F" w14:textId="77777777">
        <w:trPr>
          <w:cantSplit/>
          <w:trHeight w:val="1757"/>
        </w:trPr>
        <w:tc>
          <w:tcPr>
            <w:tcW w:w="5200" w:type="dxa"/>
            <w:tcBorders>
              <w:top w:val="single" w:sz="5" w:space="0" w:color="CBD5DF"/>
              <w:left w:val="single" w:sz="5" w:space="0" w:color="CBD5DF"/>
              <w:bottom w:val="single" w:sz="5" w:space="0" w:color="CBD5DF"/>
              <w:right w:val="single" w:sz="5" w:space="0" w:color="CBD5DF"/>
            </w:tcBorders>
            <w:shd w:val="clear" w:color="auto" w:fill="FFFFFF"/>
            <w:tcMar>
              <w:top w:w="110" w:type="dxa"/>
              <w:left w:w="120" w:type="dxa"/>
              <w:bottom w:w="110" w:type="dxa"/>
              <w:right w:w="120" w:type="dxa"/>
            </w:tcMar>
          </w:tcPr>
          <w:p w14:paraId="3D6F9A95" w14:textId="77777777" w:rsidR="00342C85" w:rsidRPr="00F12D54" w:rsidRDefault="009242EB">
            <w:pPr>
              <w:spacing w:after="0" w:line="259" w:lineRule="auto"/>
            </w:pPr>
            <w:r w:rsidRPr="00F12D54">
              <w:rPr>
                <w:rFonts w:eastAsia="Arial"/>
                <w:b/>
                <w:color w:val="001F4F"/>
                <w:sz w:val="17"/>
              </w:rPr>
              <w:t xml:space="preserve">6  </w:t>
            </w:r>
            <w:r w:rsidRPr="00F12D54">
              <w:rPr>
                <w:rFonts w:eastAsia="Arial"/>
                <w:sz w:val="17"/>
              </w:rPr>
              <w:t>Fördert die Betriebsleitung eine kontinuierliche Verbesserung des Managementsystems für Lebensmittelsicherheit?</w:t>
            </w:r>
          </w:p>
          <w:p w14:paraId="7D8A23F0" w14:textId="77777777" w:rsidR="00342C85" w:rsidRPr="00F12D54" w:rsidRDefault="009242EB">
            <w:pPr>
              <w:spacing w:before="100" w:after="0" w:line="259" w:lineRule="auto"/>
            </w:pPr>
            <w:r w:rsidRPr="00F12D54">
              <w:rPr>
                <w:rFonts w:eastAsia="Arial"/>
                <w:i/>
                <w:color w:val="667789"/>
                <w:sz w:val="14"/>
              </w:rPr>
              <w:t>Tipp: Prüfen Sie, wer alles bei der Weiterentwicklung beteiligt ist. Woher erhalten Sie Informationen zu neuen Entwicklungen?</w:t>
            </w:r>
          </w:p>
        </w:tc>
        <w:tc>
          <w:tcPr>
            <w:tcW w:w="2100" w:type="dxa"/>
            <w:tcBorders>
              <w:top w:val="single" w:sz="5" w:space="0" w:color="CBD5DF"/>
              <w:left w:val="single" w:sz="5" w:space="0" w:color="CBD5DF"/>
              <w:bottom w:val="single" w:sz="5" w:space="0" w:color="CBD5DF"/>
              <w:right w:val="single" w:sz="5" w:space="0" w:color="CBD5DF"/>
            </w:tcBorders>
            <w:shd w:val="clear" w:color="auto" w:fill="FCFCE8"/>
            <w:tcMar>
              <w:top w:w="110" w:type="dxa"/>
              <w:left w:w="120" w:type="dxa"/>
              <w:bottom w:w="110" w:type="dxa"/>
              <w:right w:w="120" w:type="dxa"/>
            </w:tcMar>
          </w:tcPr>
          <w:p w14:paraId="379197EA" w14:textId="77777777" w:rsidR="00342C85" w:rsidRPr="00F12D54" w:rsidRDefault="00342C85"/>
        </w:tc>
        <w:tc>
          <w:tcPr>
            <w:tcW w:w="2565" w:type="dxa"/>
            <w:tcBorders>
              <w:top w:val="single" w:sz="5" w:space="0" w:color="CBD5DF"/>
              <w:left w:val="single" w:sz="5" w:space="0" w:color="CBD5DF"/>
              <w:bottom w:val="single" w:sz="5" w:space="0" w:color="CBD5DF"/>
              <w:right w:val="single" w:sz="5" w:space="0" w:color="CBD5DF"/>
            </w:tcBorders>
            <w:shd w:val="clear" w:color="auto" w:fill="EAF2F8"/>
            <w:tcMar>
              <w:top w:w="110" w:type="dxa"/>
              <w:left w:w="120" w:type="dxa"/>
              <w:bottom w:w="110" w:type="dxa"/>
              <w:right w:w="120" w:type="dxa"/>
            </w:tcMar>
          </w:tcPr>
          <w:p w14:paraId="677DAADF" w14:textId="77777777" w:rsidR="00342C85" w:rsidRPr="00F12D54" w:rsidRDefault="00342C85"/>
        </w:tc>
      </w:tr>
      <w:tr w:rsidR="00342C85" w:rsidRPr="00F12D54" w14:paraId="186A72D6" w14:textId="77777777">
        <w:trPr>
          <w:cantSplit/>
          <w:trHeight w:val="1417"/>
        </w:trPr>
        <w:tc>
          <w:tcPr>
            <w:tcW w:w="5200" w:type="dxa"/>
            <w:tcBorders>
              <w:top w:val="single" w:sz="5" w:space="0" w:color="CBD5DF"/>
              <w:left w:val="single" w:sz="5" w:space="0" w:color="CBD5DF"/>
              <w:bottom w:val="single" w:sz="5" w:space="0" w:color="CBD5DF"/>
              <w:right w:val="single" w:sz="5" w:space="0" w:color="CBD5DF"/>
            </w:tcBorders>
            <w:shd w:val="clear" w:color="auto" w:fill="FFFFFF"/>
            <w:tcMar>
              <w:top w:w="110" w:type="dxa"/>
              <w:left w:w="120" w:type="dxa"/>
              <w:bottom w:w="110" w:type="dxa"/>
              <w:right w:w="120" w:type="dxa"/>
            </w:tcMar>
          </w:tcPr>
          <w:p w14:paraId="3988309D" w14:textId="77777777" w:rsidR="00342C85" w:rsidRPr="00F12D54" w:rsidRDefault="009242EB">
            <w:pPr>
              <w:spacing w:after="0" w:line="259" w:lineRule="auto"/>
            </w:pPr>
            <w:r w:rsidRPr="00F12D54">
              <w:rPr>
                <w:rFonts w:eastAsia="Arial"/>
                <w:b/>
                <w:color w:val="001F4F"/>
                <w:sz w:val="17"/>
              </w:rPr>
              <w:t xml:space="preserve">7  </w:t>
            </w:r>
            <w:r w:rsidRPr="00F12D54">
              <w:rPr>
                <w:rFonts w:eastAsia="Arial"/>
                <w:sz w:val="17"/>
              </w:rPr>
              <w:t>Wie ist die Kulturstrategie in das bestehende Managementsystem integriert?</w:t>
            </w:r>
          </w:p>
          <w:p w14:paraId="38BDD7D8" w14:textId="77777777" w:rsidR="00342C85" w:rsidRPr="00F12D54" w:rsidRDefault="009242EB">
            <w:pPr>
              <w:spacing w:before="100" w:after="0" w:line="259" w:lineRule="auto"/>
            </w:pPr>
            <w:r w:rsidRPr="00F12D54">
              <w:rPr>
                <w:rFonts w:eastAsia="Arial"/>
                <w:i/>
                <w:color w:val="667789"/>
                <w:sz w:val="14"/>
              </w:rPr>
              <w:t>Tipp: Wer steht hinter der Kulturstrategie: die oberste Leitung oder der QM-Bereich?</w:t>
            </w:r>
          </w:p>
        </w:tc>
        <w:tc>
          <w:tcPr>
            <w:tcW w:w="2100" w:type="dxa"/>
            <w:tcBorders>
              <w:top w:val="single" w:sz="5" w:space="0" w:color="CBD5DF"/>
              <w:left w:val="single" w:sz="5" w:space="0" w:color="CBD5DF"/>
              <w:bottom w:val="single" w:sz="5" w:space="0" w:color="CBD5DF"/>
              <w:right w:val="single" w:sz="5" w:space="0" w:color="CBD5DF"/>
            </w:tcBorders>
            <w:shd w:val="clear" w:color="auto" w:fill="FCFCE8"/>
            <w:tcMar>
              <w:top w:w="110" w:type="dxa"/>
              <w:left w:w="120" w:type="dxa"/>
              <w:bottom w:w="110" w:type="dxa"/>
              <w:right w:w="120" w:type="dxa"/>
            </w:tcMar>
          </w:tcPr>
          <w:p w14:paraId="660E4704" w14:textId="77777777" w:rsidR="00342C85" w:rsidRPr="00F12D54" w:rsidRDefault="00342C85"/>
        </w:tc>
        <w:tc>
          <w:tcPr>
            <w:tcW w:w="2565" w:type="dxa"/>
            <w:tcBorders>
              <w:top w:val="single" w:sz="5" w:space="0" w:color="CBD5DF"/>
              <w:left w:val="single" w:sz="5" w:space="0" w:color="CBD5DF"/>
              <w:bottom w:val="single" w:sz="5" w:space="0" w:color="CBD5DF"/>
              <w:right w:val="single" w:sz="5" w:space="0" w:color="CBD5DF"/>
            </w:tcBorders>
            <w:shd w:val="clear" w:color="auto" w:fill="EAF2F8"/>
            <w:tcMar>
              <w:top w:w="110" w:type="dxa"/>
              <w:left w:w="120" w:type="dxa"/>
              <w:bottom w:w="110" w:type="dxa"/>
              <w:right w:w="120" w:type="dxa"/>
            </w:tcMar>
          </w:tcPr>
          <w:p w14:paraId="4CC76494" w14:textId="77777777" w:rsidR="00342C85" w:rsidRPr="00F12D54" w:rsidRDefault="00342C85"/>
        </w:tc>
      </w:tr>
      <w:tr w:rsidR="00342C85" w:rsidRPr="00F12D54" w14:paraId="29A941C8" w14:textId="77777777">
        <w:trPr>
          <w:cantSplit/>
          <w:trHeight w:val="1304"/>
        </w:trPr>
        <w:tc>
          <w:tcPr>
            <w:tcW w:w="5200" w:type="dxa"/>
            <w:tcBorders>
              <w:top w:val="single" w:sz="5" w:space="0" w:color="CBD5DF"/>
              <w:left w:val="single" w:sz="5" w:space="0" w:color="CBD5DF"/>
              <w:bottom w:val="single" w:sz="5" w:space="0" w:color="CBD5DF"/>
              <w:right w:val="single" w:sz="5" w:space="0" w:color="CBD5DF"/>
            </w:tcBorders>
            <w:shd w:val="clear" w:color="auto" w:fill="FFFFFF"/>
            <w:tcMar>
              <w:top w:w="110" w:type="dxa"/>
              <w:left w:w="120" w:type="dxa"/>
              <w:bottom w:w="110" w:type="dxa"/>
              <w:right w:w="120" w:type="dxa"/>
            </w:tcMar>
          </w:tcPr>
          <w:p w14:paraId="46C432E4" w14:textId="77777777" w:rsidR="00342C85" w:rsidRPr="00F12D54" w:rsidRDefault="009242EB">
            <w:pPr>
              <w:spacing w:after="0" w:line="259" w:lineRule="auto"/>
            </w:pPr>
            <w:r w:rsidRPr="00F12D54">
              <w:rPr>
                <w:rFonts w:eastAsia="Arial"/>
                <w:b/>
                <w:color w:val="001F4F"/>
                <w:sz w:val="17"/>
              </w:rPr>
              <w:t xml:space="preserve">8  </w:t>
            </w:r>
            <w:r w:rsidRPr="00F12D54">
              <w:rPr>
                <w:rFonts w:eastAsia="Arial"/>
                <w:sz w:val="17"/>
              </w:rPr>
              <w:t>Wie geht die Betriebsleitung mit eigenen Fehlern oder Abweichungen um (Stichwort Vorbildverhalten)?</w:t>
            </w:r>
          </w:p>
        </w:tc>
        <w:tc>
          <w:tcPr>
            <w:tcW w:w="2100" w:type="dxa"/>
            <w:tcBorders>
              <w:top w:val="single" w:sz="5" w:space="0" w:color="CBD5DF"/>
              <w:left w:val="single" w:sz="5" w:space="0" w:color="CBD5DF"/>
              <w:bottom w:val="single" w:sz="5" w:space="0" w:color="CBD5DF"/>
              <w:right w:val="single" w:sz="5" w:space="0" w:color="CBD5DF"/>
            </w:tcBorders>
            <w:shd w:val="clear" w:color="auto" w:fill="FCFCE8"/>
            <w:tcMar>
              <w:top w:w="110" w:type="dxa"/>
              <w:left w:w="120" w:type="dxa"/>
              <w:bottom w:w="110" w:type="dxa"/>
              <w:right w:w="120" w:type="dxa"/>
            </w:tcMar>
          </w:tcPr>
          <w:p w14:paraId="6FE122AD" w14:textId="77777777" w:rsidR="00342C85" w:rsidRPr="00F12D54" w:rsidRDefault="00342C85"/>
        </w:tc>
        <w:tc>
          <w:tcPr>
            <w:tcW w:w="2565" w:type="dxa"/>
            <w:tcBorders>
              <w:top w:val="single" w:sz="5" w:space="0" w:color="CBD5DF"/>
              <w:left w:val="single" w:sz="5" w:space="0" w:color="CBD5DF"/>
              <w:bottom w:val="single" w:sz="5" w:space="0" w:color="CBD5DF"/>
              <w:right w:val="single" w:sz="5" w:space="0" w:color="CBD5DF"/>
            </w:tcBorders>
            <w:shd w:val="clear" w:color="auto" w:fill="EAF2F8"/>
            <w:tcMar>
              <w:top w:w="110" w:type="dxa"/>
              <w:left w:w="120" w:type="dxa"/>
              <w:bottom w:w="110" w:type="dxa"/>
              <w:right w:w="120" w:type="dxa"/>
            </w:tcMar>
          </w:tcPr>
          <w:p w14:paraId="2AFC3C7D" w14:textId="77777777" w:rsidR="00342C85" w:rsidRPr="00F12D54" w:rsidRDefault="00342C85"/>
        </w:tc>
      </w:tr>
    </w:tbl>
    <w:p w14:paraId="5D4D5C3D" w14:textId="77777777" w:rsidR="00342C85" w:rsidRPr="00F12D54" w:rsidRDefault="00342C85">
      <w:pPr>
        <w:spacing w:after="0"/>
      </w:pPr>
    </w:p>
    <w:p w14:paraId="7BD86E0B" w14:textId="77777777" w:rsidR="00342C85" w:rsidRPr="00F12D54" w:rsidRDefault="009242EB">
      <w:pPr>
        <w:spacing w:after="0"/>
      </w:pPr>
      <w:r w:rsidRPr="00F12D54">
        <w:br w:type="page"/>
      </w:r>
    </w:p>
    <w:p w14:paraId="39028CB0" w14:textId="77777777" w:rsidR="00342C85" w:rsidRPr="00F12D54" w:rsidRDefault="009242EB">
      <w:pPr>
        <w:keepNext/>
        <w:shd w:val="clear" w:color="auto" w:fill="001F4F"/>
        <w:spacing w:before="140" w:after="120" w:line="240" w:lineRule="auto"/>
      </w:pPr>
      <w:r w:rsidRPr="00F12D54">
        <w:rPr>
          <w:rFonts w:eastAsia="Arial"/>
          <w:b/>
          <w:color w:val="E0E900"/>
          <w:sz w:val="22"/>
        </w:rPr>
        <w:lastRenderedPageBreak/>
        <w:t xml:space="preserve">  3  </w:t>
      </w:r>
      <w:r w:rsidRPr="00F12D54">
        <w:rPr>
          <w:rFonts w:eastAsia="Arial"/>
          <w:b/>
          <w:color w:val="FFFFFF"/>
          <w:sz w:val="22"/>
        </w:rPr>
        <w:t>SCHULUNG &amp; KOMPETENZ</w:t>
      </w:r>
    </w:p>
    <w:tbl>
      <w:tblPr>
        <w:tblW w:w="9865" w:type="dxa"/>
        <w:tblLayout w:type="fixed"/>
        <w:tblLook w:val="04A0" w:firstRow="1" w:lastRow="0" w:firstColumn="1" w:lastColumn="0" w:noHBand="0" w:noVBand="1"/>
      </w:tblPr>
      <w:tblGrid>
        <w:gridCol w:w="5200"/>
        <w:gridCol w:w="2100"/>
        <w:gridCol w:w="2565"/>
      </w:tblGrid>
      <w:tr w:rsidR="00342C85" w:rsidRPr="00F12D54" w14:paraId="442033F4" w14:textId="77777777">
        <w:trPr>
          <w:cantSplit/>
          <w:tblHeader/>
        </w:trPr>
        <w:tc>
          <w:tcPr>
            <w:tcW w:w="5200" w:type="dxa"/>
            <w:tcBorders>
              <w:top w:val="single" w:sz="5" w:space="0" w:color="CBD5DF"/>
              <w:left w:val="single" w:sz="5" w:space="0" w:color="CBD5DF"/>
              <w:bottom w:val="single" w:sz="5" w:space="0" w:color="CBD5DF"/>
              <w:right w:val="single" w:sz="5" w:space="0" w:color="CBD5DF"/>
            </w:tcBorders>
            <w:shd w:val="clear" w:color="auto" w:fill="001F4F"/>
            <w:tcMar>
              <w:top w:w="110" w:type="dxa"/>
              <w:left w:w="120" w:type="dxa"/>
              <w:bottom w:w="110" w:type="dxa"/>
              <w:right w:w="120" w:type="dxa"/>
            </w:tcMar>
            <w:vAlign w:val="center"/>
          </w:tcPr>
          <w:p w14:paraId="31DC1CF9" w14:textId="77777777" w:rsidR="00342C85" w:rsidRPr="00F12D54" w:rsidRDefault="009242EB">
            <w:pPr>
              <w:spacing w:after="0" w:line="240" w:lineRule="auto"/>
            </w:pPr>
            <w:r w:rsidRPr="00F12D54">
              <w:rPr>
                <w:rFonts w:eastAsia="Arial"/>
                <w:b/>
                <w:color w:val="FFFFFF"/>
                <w:sz w:val="14"/>
              </w:rPr>
              <w:t>FRAGE UND PRÜFHINWEIS</w:t>
            </w:r>
          </w:p>
        </w:tc>
        <w:tc>
          <w:tcPr>
            <w:tcW w:w="2100" w:type="dxa"/>
            <w:tcBorders>
              <w:top w:val="single" w:sz="5" w:space="0" w:color="CBD5DF"/>
              <w:left w:val="single" w:sz="5" w:space="0" w:color="CBD5DF"/>
              <w:bottom w:val="single" w:sz="5" w:space="0" w:color="CBD5DF"/>
              <w:right w:val="single" w:sz="5" w:space="0" w:color="CBD5DF"/>
            </w:tcBorders>
            <w:shd w:val="clear" w:color="auto" w:fill="001F4F"/>
            <w:tcMar>
              <w:top w:w="110" w:type="dxa"/>
              <w:left w:w="120" w:type="dxa"/>
              <w:bottom w:w="110" w:type="dxa"/>
              <w:right w:w="120" w:type="dxa"/>
            </w:tcMar>
            <w:vAlign w:val="center"/>
          </w:tcPr>
          <w:p w14:paraId="6450388C" w14:textId="77777777" w:rsidR="00342C85" w:rsidRPr="00F12D54" w:rsidRDefault="009242EB">
            <w:pPr>
              <w:spacing w:after="0" w:line="240" w:lineRule="auto"/>
            </w:pPr>
            <w:r w:rsidRPr="00F12D54">
              <w:rPr>
                <w:rFonts w:eastAsia="Arial"/>
                <w:b/>
                <w:color w:val="FFFFFF"/>
                <w:sz w:val="14"/>
              </w:rPr>
              <w:t>ANTWORT / BEWERTUNG</w:t>
            </w:r>
          </w:p>
        </w:tc>
        <w:tc>
          <w:tcPr>
            <w:tcW w:w="2565" w:type="dxa"/>
            <w:tcBorders>
              <w:top w:val="single" w:sz="5" w:space="0" w:color="CBD5DF"/>
              <w:left w:val="single" w:sz="5" w:space="0" w:color="CBD5DF"/>
              <w:bottom w:val="single" w:sz="5" w:space="0" w:color="CBD5DF"/>
              <w:right w:val="single" w:sz="5" w:space="0" w:color="CBD5DF"/>
            </w:tcBorders>
            <w:shd w:val="clear" w:color="auto" w:fill="E0E900"/>
            <w:tcMar>
              <w:top w:w="110" w:type="dxa"/>
              <w:left w:w="120" w:type="dxa"/>
              <w:bottom w:w="110" w:type="dxa"/>
              <w:right w:w="120" w:type="dxa"/>
            </w:tcMar>
            <w:vAlign w:val="center"/>
          </w:tcPr>
          <w:p w14:paraId="7496469F" w14:textId="77777777" w:rsidR="00342C85" w:rsidRPr="00F12D54" w:rsidRDefault="009242EB">
            <w:pPr>
              <w:spacing w:after="0" w:line="240" w:lineRule="auto"/>
            </w:pPr>
            <w:r w:rsidRPr="00F12D54">
              <w:rPr>
                <w:rFonts w:eastAsia="Arial"/>
                <w:b/>
                <w:color w:val="001F4F"/>
                <w:sz w:val="14"/>
              </w:rPr>
              <w:t>NACHWEISE / BEISPIELE</w:t>
            </w:r>
          </w:p>
        </w:tc>
      </w:tr>
      <w:tr w:rsidR="00342C85" w:rsidRPr="00F12D54" w14:paraId="49D98B2B" w14:textId="77777777">
        <w:trPr>
          <w:cantSplit/>
          <w:trHeight w:val="2211"/>
        </w:trPr>
        <w:tc>
          <w:tcPr>
            <w:tcW w:w="5200" w:type="dxa"/>
            <w:tcBorders>
              <w:top w:val="single" w:sz="5" w:space="0" w:color="CBD5DF"/>
              <w:left w:val="single" w:sz="5" w:space="0" w:color="CBD5DF"/>
              <w:bottom w:val="single" w:sz="5" w:space="0" w:color="CBD5DF"/>
              <w:right w:val="single" w:sz="5" w:space="0" w:color="CBD5DF"/>
            </w:tcBorders>
            <w:shd w:val="clear" w:color="auto" w:fill="FFFFFF"/>
            <w:tcMar>
              <w:top w:w="110" w:type="dxa"/>
              <w:left w:w="120" w:type="dxa"/>
              <w:bottom w:w="110" w:type="dxa"/>
              <w:right w:w="120" w:type="dxa"/>
            </w:tcMar>
          </w:tcPr>
          <w:p w14:paraId="2275EA97" w14:textId="77777777" w:rsidR="00342C85" w:rsidRPr="00F12D54" w:rsidRDefault="009242EB">
            <w:pPr>
              <w:spacing w:after="0" w:line="259" w:lineRule="auto"/>
            </w:pPr>
            <w:r w:rsidRPr="00F12D54">
              <w:rPr>
                <w:rFonts w:eastAsia="Arial"/>
                <w:b/>
                <w:color w:val="001F4F"/>
                <w:sz w:val="17"/>
              </w:rPr>
              <w:t xml:space="preserve">9  </w:t>
            </w:r>
            <w:r w:rsidRPr="00F12D54">
              <w:rPr>
                <w:rFonts w:eastAsia="Arial"/>
                <w:sz w:val="17"/>
              </w:rPr>
              <w:t>Wie werden alle Beschäftigten des Unternehmens zu Gefahren für die Lebensmittelsicherheit und zur Bedeutung der Lebensmittelsicherheit und -hygiene sensibilisiert?</w:t>
            </w:r>
          </w:p>
          <w:p w14:paraId="20B55941" w14:textId="77777777" w:rsidR="00342C85" w:rsidRPr="00F12D54" w:rsidRDefault="009242EB">
            <w:pPr>
              <w:spacing w:before="100" w:after="0" w:line="259" w:lineRule="auto"/>
            </w:pPr>
            <w:r w:rsidRPr="00F12D54">
              <w:rPr>
                <w:rFonts w:eastAsia="Arial"/>
                <w:i/>
                <w:color w:val="667789"/>
                <w:sz w:val="14"/>
              </w:rPr>
              <w:t>Tipp: Sprechen Sie mit den Mitarbeitenden aus verschiedenen Bereichen, z. B. auch mit denen, die die Reinigung durchführen. Oder mit Dienstleistenden?</w:t>
            </w:r>
          </w:p>
        </w:tc>
        <w:tc>
          <w:tcPr>
            <w:tcW w:w="2100" w:type="dxa"/>
            <w:tcBorders>
              <w:top w:val="single" w:sz="5" w:space="0" w:color="CBD5DF"/>
              <w:left w:val="single" w:sz="5" w:space="0" w:color="CBD5DF"/>
              <w:bottom w:val="single" w:sz="5" w:space="0" w:color="CBD5DF"/>
              <w:right w:val="single" w:sz="5" w:space="0" w:color="CBD5DF"/>
            </w:tcBorders>
            <w:shd w:val="clear" w:color="auto" w:fill="FCFCE8"/>
            <w:tcMar>
              <w:top w:w="110" w:type="dxa"/>
              <w:left w:w="120" w:type="dxa"/>
              <w:bottom w:w="110" w:type="dxa"/>
              <w:right w:w="120" w:type="dxa"/>
            </w:tcMar>
          </w:tcPr>
          <w:p w14:paraId="682DE781" w14:textId="77777777" w:rsidR="00342C85" w:rsidRPr="00F12D54" w:rsidRDefault="00342C85"/>
        </w:tc>
        <w:tc>
          <w:tcPr>
            <w:tcW w:w="2565" w:type="dxa"/>
            <w:tcBorders>
              <w:top w:val="single" w:sz="5" w:space="0" w:color="CBD5DF"/>
              <w:left w:val="single" w:sz="5" w:space="0" w:color="CBD5DF"/>
              <w:bottom w:val="single" w:sz="5" w:space="0" w:color="CBD5DF"/>
              <w:right w:val="single" w:sz="5" w:space="0" w:color="CBD5DF"/>
            </w:tcBorders>
            <w:shd w:val="clear" w:color="auto" w:fill="EAF2F8"/>
            <w:tcMar>
              <w:top w:w="110" w:type="dxa"/>
              <w:left w:w="120" w:type="dxa"/>
              <w:bottom w:w="110" w:type="dxa"/>
              <w:right w:w="120" w:type="dxa"/>
            </w:tcMar>
          </w:tcPr>
          <w:p w14:paraId="44173859" w14:textId="77777777" w:rsidR="00342C85" w:rsidRPr="00F12D54" w:rsidRDefault="00342C85"/>
        </w:tc>
      </w:tr>
      <w:tr w:rsidR="00342C85" w:rsidRPr="00F12D54" w14:paraId="05A1CA00" w14:textId="77777777">
        <w:trPr>
          <w:cantSplit/>
          <w:trHeight w:val="2211"/>
        </w:trPr>
        <w:tc>
          <w:tcPr>
            <w:tcW w:w="5200" w:type="dxa"/>
            <w:tcBorders>
              <w:top w:val="single" w:sz="5" w:space="0" w:color="CBD5DF"/>
              <w:left w:val="single" w:sz="5" w:space="0" w:color="CBD5DF"/>
              <w:bottom w:val="single" w:sz="5" w:space="0" w:color="CBD5DF"/>
              <w:right w:val="single" w:sz="5" w:space="0" w:color="CBD5DF"/>
            </w:tcBorders>
            <w:shd w:val="clear" w:color="auto" w:fill="FFFFFF"/>
            <w:tcMar>
              <w:top w:w="110" w:type="dxa"/>
              <w:left w:w="120" w:type="dxa"/>
              <w:bottom w:w="110" w:type="dxa"/>
              <w:right w:w="120" w:type="dxa"/>
            </w:tcMar>
          </w:tcPr>
          <w:p w14:paraId="39BCCC7C" w14:textId="77777777" w:rsidR="00342C85" w:rsidRPr="00F12D54" w:rsidRDefault="009242EB">
            <w:pPr>
              <w:spacing w:after="0" w:line="259" w:lineRule="auto"/>
            </w:pPr>
            <w:r w:rsidRPr="00F12D54">
              <w:rPr>
                <w:rFonts w:eastAsia="Arial"/>
                <w:b/>
                <w:color w:val="001F4F"/>
                <w:sz w:val="17"/>
              </w:rPr>
              <w:t xml:space="preserve">10  </w:t>
            </w:r>
            <w:r w:rsidRPr="00F12D54">
              <w:rPr>
                <w:rFonts w:eastAsia="Arial"/>
                <w:sz w:val="17"/>
              </w:rPr>
              <w:t>Stellt die Betriebsleitung sicher, dass das Personal angemessen geschult und beaufsichtigt wird?</w:t>
            </w:r>
          </w:p>
          <w:p w14:paraId="1AFD7F0D" w14:textId="77777777" w:rsidR="00342C85" w:rsidRPr="00F12D54" w:rsidRDefault="009242EB">
            <w:pPr>
              <w:spacing w:before="100" w:after="0" w:line="259" w:lineRule="auto"/>
            </w:pPr>
            <w:r w:rsidRPr="00F12D54">
              <w:rPr>
                <w:rFonts w:eastAsia="Arial"/>
                <w:i/>
                <w:color w:val="667789"/>
                <w:sz w:val="14"/>
              </w:rPr>
              <w:t>Tipp: Fragen Sie Mitarbeitende in verschiedenen Bereichen nach ihrer letzten Schulung zum Thema Lebensmittelsicherheit, wie sie die fanden und was sie bei ihrer Arbeit umsetzen. Befragen Sie dabei auch Mitarbeitende mit Führungsrollen.</w:t>
            </w:r>
          </w:p>
        </w:tc>
        <w:tc>
          <w:tcPr>
            <w:tcW w:w="2100" w:type="dxa"/>
            <w:tcBorders>
              <w:top w:val="single" w:sz="5" w:space="0" w:color="CBD5DF"/>
              <w:left w:val="single" w:sz="5" w:space="0" w:color="CBD5DF"/>
              <w:bottom w:val="single" w:sz="5" w:space="0" w:color="CBD5DF"/>
              <w:right w:val="single" w:sz="5" w:space="0" w:color="CBD5DF"/>
            </w:tcBorders>
            <w:shd w:val="clear" w:color="auto" w:fill="FCFCE8"/>
            <w:tcMar>
              <w:top w:w="110" w:type="dxa"/>
              <w:left w:w="120" w:type="dxa"/>
              <w:bottom w:w="110" w:type="dxa"/>
              <w:right w:w="120" w:type="dxa"/>
            </w:tcMar>
          </w:tcPr>
          <w:p w14:paraId="09FFCC93" w14:textId="77777777" w:rsidR="00342C85" w:rsidRPr="00F12D54" w:rsidRDefault="00342C85"/>
        </w:tc>
        <w:tc>
          <w:tcPr>
            <w:tcW w:w="2565" w:type="dxa"/>
            <w:tcBorders>
              <w:top w:val="single" w:sz="5" w:space="0" w:color="CBD5DF"/>
              <w:left w:val="single" w:sz="5" w:space="0" w:color="CBD5DF"/>
              <w:bottom w:val="single" w:sz="5" w:space="0" w:color="CBD5DF"/>
              <w:right w:val="single" w:sz="5" w:space="0" w:color="CBD5DF"/>
            </w:tcBorders>
            <w:shd w:val="clear" w:color="auto" w:fill="EAF2F8"/>
            <w:tcMar>
              <w:top w:w="110" w:type="dxa"/>
              <w:left w:w="120" w:type="dxa"/>
              <w:bottom w:w="110" w:type="dxa"/>
              <w:right w:w="120" w:type="dxa"/>
            </w:tcMar>
          </w:tcPr>
          <w:p w14:paraId="3557D561" w14:textId="77777777" w:rsidR="00342C85" w:rsidRPr="00F12D54" w:rsidRDefault="00342C85"/>
        </w:tc>
      </w:tr>
    </w:tbl>
    <w:p w14:paraId="2ACF1AB9" w14:textId="77777777" w:rsidR="00342C85" w:rsidRPr="00F12D54" w:rsidRDefault="00342C85">
      <w:pPr>
        <w:spacing w:after="0"/>
      </w:pPr>
    </w:p>
    <w:p w14:paraId="6640F1F0" w14:textId="77777777" w:rsidR="00342C85" w:rsidRPr="00F12D54" w:rsidRDefault="009242EB">
      <w:pPr>
        <w:keepNext/>
        <w:shd w:val="clear" w:color="auto" w:fill="001F4F"/>
        <w:spacing w:before="140" w:after="120" w:line="240" w:lineRule="auto"/>
      </w:pPr>
      <w:r w:rsidRPr="00F12D54">
        <w:rPr>
          <w:rFonts w:eastAsia="Arial"/>
          <w:b/>
          <w:color w:val="E0E900"/>
          <w:sz w:val="22"/>
        </w:rPr>
        <w:t xml:space="preserve">  4  </w:t>
      </w:r>
      <w:r w:rsidRPr="00F12D54">
        <w:rPr>
          <w:rFonts w:eastAsia="Arial"/>
          <w:b/>
          <w:color w:val="FFFFFF"/>
          <w:sz w:val="22"/>
        </w:rPr>
        <w:t>RESSOURCEN &amp; SYSTEME</w:t>
      </w:r>
    </w:p>
    <w:tbl>
      <w:tblPr>
        <w:tblW w:w="9865" w:type="dxa"/>
        <w:tblLayout w:type="fixed"/>
        <w:tblLook w:val="04A0" w:firstRow="1" w:lastRow="0" w:firstColumn="1" w:lastColumn="0" w:noHBand="0" w:noVBand="1"/>
      </w:tblPr>
      <w:tblGrid>
        <w:gridCol w:w="5200"/>
        <w:gridCol w:w="2100"/>
        <w:gridCol w:w="2565"/>
      </w:tblGrid>
      <w:tr w:rsidR="00342C85" w:rsidRPr="00F12D54" w14:paraId="71BABA66" w14:textId="77777777">
        <w:trPr>
          <w:cantSplit/>
          <w:tblHeader/>
        </w:trPr>
        <w:tc>
          <w:tcPr>
            <w:tcW w:w="5200" w:type="dxa"/>
            <w:tcBorders>
              <w:top w:val="single" w:sz="5" w:space="0" w:color="CBD5DF"/>
              <w:left w:val="single" w:sz="5" w:space="0" w:color="CBD5DF"/>
              <w:bottom w:val="single" w:sz="5" w:space="0" w:color="CBD5DF"/>
              <w:right w:val="single" w:sz="5" w:space="0" w:color="CBD5DF"/>
            </w:tcBorders>
            <w:shd w:val="clear" w:color="auto" w:fill="001F4F"/>
            <w:tcMar>
              <w:top w:w="110" w:type="dxa"/>
              <w:left w:w="120" w:type="dxa"/>
              <w:bottom w:w="110" w:type="dxa"/>
              <w:right w:w="120" w:type="dxa"/>
            </w:tcMar>
            <w:vAlign w:val="center"/>
          </w:tcPr>
          <w:p w14:paraId="648E7002" w14:textId="77777777" w:rsidR="00342C85" w:rsidRPr="00F12D54" w:rsidRDefault="009242EB">
            <w:pPr>
              <w:spacing w:after="0" w:line="240" w:lineRule="auto"/>
            </w:pPr>
            <w:r w:rsidRPr="00F12D54">
              <w:rPr>
                <w:rFonts w:eastAsia="Arial"/>
                <w:b/>
                <w:color w:val="FFFFFF"/>
                <w:sz w:val="14"/>
              </w:rPr>
              <w:t>FRAGE UND PRÜFHINWEIS</w:t>
            </w:r>
          </w:p>
        </w:tc>
        <w:tc>
          <w:tcPr>
            <w:tcW w:w="2100" w:type="dxa"/>
            <w:tcBorders>
              <w:top w:val="single" w:sz="5" w:space="0" w:color="CBD5DF"/>
              <w:left w:val="single" w:sz="5" w:space="0" w:color="CBD5DF"/>
              <w:bottom w:val="single" w:sz="5" w:space="0" w:color="CBD5DF"/>
              <w:right w:val="single" w:sz="5" w:space="0" w:color="CBD5DF"/>
            </w:tcBorders>
            <w:shd w:val="clear" w:color="auto" w:fill="001F4F"/>
            <w:tcMar>
              <w:top w:w="110" w:type="dxa"/>
              <w:left w:w="120" w:type="dxa"/>
              <w:bottom w:w="110" w:type="dxa"/>
              <w:right w:w="120" w:type="dxa"/>
            </w:tcMar>
            <w:vAlign w:val="center"/>
          </w:tcPr>
          <w:p w14:paraId="476BE52D" w14:textId="77777777" w:rsidR="00342C85" w:rsidRPr="00F12D54" w:rsidRDefault="009242EB">
            <w:pPr>
              <w:spacing w:after="0" w:line="240" w:lineRule="auto"/>
            </w:pPr>
            <w:r w:rsidRPr="00F12D54">
              <w:rPr>
                <w:rFonts w:eastAsia="Arial"/>
                <w:b/>
                <w:color w:val="FFFFFF"/>
                <w:sz w:val="14"/>
              </w:rPr>
              <w:t>ANTWORT / BEWERTUNG</w:t>
            </w:r>
          </w:p>
        </w:tc>
        <w:tc>
          <w:tcPr>
            <w:tcW w:w="2565" w:type="dxa"/>
            <w:tcBorders>
              <w:top w:val="single" w:sz="5" w:space="0" w:color="CBD5DF"/>
              <w:left w:val="single" w:sz="5" w:space="0" w:color="CBD5DF"/>
              <w:bottom w:val="single" w:sz="5" w:space="0" w:color="CBD5DF"/>
              <w:right w:val="single" w:sz="5" w:space="0" w:color="CBD5DF"/>
            </w:tcBorders>
            <w:shd w:val="clear" w:color="auto" w:fill="E0E900"/>
            <w:tcMar>
              <w:top w:w="110" w:type="dxa"/>
              <w:left w:w="120" w:type="dxa"/>
              <w:bottom w:w="110" w:type="dxa"/>
              <w:right w:w="120" w:type="dxa"/>
            </w:tcMar>
            <w:vAlign w:val="center"/>
          </w:tcPr>
          <w:p w14:paraId="1143D122" w14:textId="77777777" w:rsidR="00342C85" w:rsidRPr="00F12D54" w:rsidRDefault="009242EB">
            <w:pPr>
              <w:spacing w:after="0" w:line="240" w:lineRule="auto"/>
            </w:pPr>
            <w:r w:rsidRPr="00F12D54">
              <w:rPr>
                <w:rFonts w:eastAsia="Arial"/>
                <w:b/>
                <w:color w:val="001F4F"/>
                <w:sz w:val="14"/>
              </w:rPr>
              <w:t>NACHWEISE / BEISPIELE</w:t>
            </w:r>
          </w:p>
        </w:tc>
      </w:tr>
      <w:tr w:rsidR="00342C85" w:rsidRPr="00F12D54" w14:paraId="2EBC8E96" w14:textId="77777777">
        <w:trPr>
          <w:cantSplit/>
          <w:trHeight w:val="1701"/>
        </w:trPr>
        <w:tc>
          <w:tcPr>
            <w:tcW w:w="5200" w:type="dxa"/>
            <w:tcBorders>
              <w:top w:val="single" w:sz="5" w:space="0" w:color="CBD5DF"/>
              <w:left w:val="single" w:sz="5" w:space="0" w:color="CBD5DF"/>
              <w:bottom w:val="single" w:sz="5" w:space="0" w:color="CBD5DF"/>
              <w:right w:val="single" w:sz="5" w:space="0" w:color="CBD5DF"/>
            </w:tcBorders>
            <w:shd w:val="clear" w:color="auto" w:fill="FFFFFF"/>
            <w:tcMar>
              <w:top w:w="110" w:type="dxa"/>
              <w:left w:w="120" w:type="dxa"/>
              <w:bottom w:w="110" w:type="dxa"/>
              <w:right w:w="120" w:type="dxa"/>
            </w:tcMar>
          </w:tcPr>
          <w:p w14:paraId="238DCBF9" w14:textId="77777777" w:rsidR="00342C85" w:rsidRPr="00F12D54" w:rsidRDefault="009242EB">
            <w:pPr>
              <w:spacing w:after="0" w:line="259" w:lineRule="auto"/>
            </w:pPr>
            <w:r w:rsidRPr="00F12D54">
              <w:rPr>
                <w:rFonts w:eastAsia="Arial"/>
                <w:b/>
                <w:color w:val="001F4F"/>
                <w:sz w:val="17"/>
              </w:rPr>
              <w:t xml:space="preserve">11  </w:t>
            </w:r>
            <w:r w:rsidRPr="00F12D54">
              <w:rPr>
                <w:rFonts w:eastAsia="Arial"/>
                <w:sz w:val="17"/>
              </w:rPr>
              <w:t>Stehen ausreichend Ressourcen zur Gewährleistung eines sicheren und hygienischen Umgangs mit Lebensmitteln zur Verfügung?</w:t>
            </w:r>
          </w:p>
          <w:p w14:paraId="11D6DF1C" w14:textId="77777777" w:rsidR="00342C85" w:rsidRPr="00F12D54" w:rsidRDefault="009242EB">
            <w:pPr>
              <w:spacing w:before="100" w:after="0" w:line="259" w:lineRule="auto"/>
            </w:pPr>
            <w:r w:rsidRPr="00F12D54">
              <w:rPr>
                <w:rFonts w:eastAsia="Arial"/>
                <w:i/>
                <w:color w:val="667789"/>
                <w:sz w:val="14"/>
              </w:rPr>
              <w:t>Tipp: Schutzkleidung, Reinigungsarbeiten, Geräte, Schulungsbudgets etc.</w:t>
            </w:r>
          </w:p>
        </w:tc>
        <w:tc>
          <w:tcPr>
            <w:tcW w:w="2100" w:type="dxa"/>
            <w:tcBorders>
              <w:top w:val="single" w:sz="5" w:space="0" w:color="CBD5DF"/>
              <w:left w:val="single" w:sz="5" w:space="0" w:color="CBD5DF"/>
              <w:bottom w:val="single" w:sz="5" w:space="0" w:color="CBD5DF"/>
              <w:right w:val="single" w:sz="5" w:space="0" w:color="CBD5DF"/>
            </w:tcBorders>
            <w:shd w:val="clear" w:color="auto" w:fill="FCFCE8"/>
            <w:tcMar>
              <w:top w:w="110" w:type="dxa"/>
              <w:left w:w="120" w:type="dxa"/>
              <w:bottom w:w="110" w:type="dxa"/>
              <w:right w:w="120" w:type="dxa"/>
            </w:tcMar>
          </w:tcPr>
          <w:p w14:paraId="7B39EBDE" w14:textId="77777777" w:rsidR="00342C85" w:rsidRPr="00F12D54" w:rsidRDefault="00342C85"/>
        </w:tc>
        <w:tc>
          <w:tcPr>
            <w:tcW w:w="2565" w:type="dxa"/>
            <w:tcBorders>
              <w:top w:val="single" w:sz="5" w:space="0" w:color="CBD5DF"/>
              <w:left w:val="single" w:sz="5" w:space="0" w:color="CBD5DF"/>
              <w:bottom w:val="single" w:sz="5" w:space="0" w:color="CBD5DF"/>
              <w:right w:val="single" w:sz="5" w:space="0" w:color="CBD5DF"/>
            </w:tcBorders>
            <w:shd w:val="clear" w:color="auto" w:fill="EAF2F8"/>
            <w:tcMar>
              <w:top w:w="110" w:type="dxa"/>
              <w:left w:w="120" w:type="dxa"/>
              <w:bottom w:w="110" w:type="dxa"/>
              <w:right w:w="120" w:type="dxa"/>
            </w:tcMar>
          </w:tcPr>
          <w:p w14:paraId="781A946A" w14:textId="77777777" w:rsidR="00342C85" w:rsidRPr="00F12D54" w:rsidRDefault="00342C85"/>
        </w:tc>
      </w:tr>
      <w:tr w:rsidR="00342C85" w:rsidRPr="00F12D54" w14:paraId="2824A2FE" w14:textId="77777777">
        <w:trPr>
          <w:cantSplit/>
          <w:trHeight w:val="1417"/>
        </w:trPr>
        <w:tc>
          <w:tcPr>
            <w:tcW w:w="5200" w:type="dxa"/>
            <w:tcBorders>
              <w:top w:val="single" w:sz="5" w:space="0" w:color="CBD5DF"/>
              <w:left w:val="single" w:sz="5" w:space="0" w:color="CBD5DF"/>
              <w:bottom w:val="single" w:sz="5" w:space="0" w:color="CBD5DF"/>
              <w:right w:val="single" w:sz="5" w:space="0" w:color="CBD5DF"/>
            </w:tcBorders>
            <w:shd w:val="clear" w:color="auto" w:fill="FFFFFF"/>
            <w:tcMar>
              <w:top w:w="110" w:type="dxa"/>
              <w:left w:w="120" w:type="dxa"/>
              <w:bottom w:w="110" w:type="dxa"/>
              <w:right w:w="120" w:type="dxa"/>
            </w:tcMar>
          </w:tcPr>
          <w:p w14:paraId="12B6CF83" w14:textId="77777777" w:rsidR="00342C85" w:rsidRPr="00F12D54" w:rsidRDefault="009242EB">
            <w:pPr>
              <w:spacing w:after="0" w:line="259" w:lineRule="auto"/>
            </w:pPr>
            <w:r w:rsidRPr="00F12D54">
              <w:rPr>
                <w:rFonts w:eastAsia="Arial"/>
                <w:b/>
                <w:color w:val="001F4F"/>
                <w:sz w:val="17"/>
              </w:rPr>
              <w:t xml:space="preserve">12  </w:t>
            </w:r>
            <w:r w:rsidRPr="00F12D54">
              <w:rPr>
                <w:rFonts w:eastAsia="Arial"/>
                <w:sz w:val="17"/>
              </w:rPr>
              <w:t>Sind die Aufgaben und Zuständigkeiten in jedem Tätigkeitsbereich klar kommuniziert?</w:t>
            </w:r>
          </w:p>
          <w:p w14:paraId="0A437EDA" w14:textId="77777777" w:rsidR="00342C85" w:rsidRPr="00F12D54" w:rsidRDefault="009242EB">
            <w:pPr>
              <w:spacing w:before="100" w:after="0" w:line="259" w:lineRule="auto"/>
            </w:pPr>
            <w:r w:rsidRPr="00F12D54">
              <w:rPr>
                <w:rFonts w:eastAsia="Arial"/>
                <w:i/>
                <w:color w:val="667789"/>
                <w:sz w:val="14"/>
              </w:rPr>
              <w:t>Tipp: Denken Sie z. B. an Tätigkeitsbeschreibungen und Onboarding-Inhalte.</w:t>
            </w:r>
          </w:p>
        </w:tc>
        <w:tc>
          <w:tcPr>
            <w:tcW w:w="2100" w:type="dxa"/>
            <w:tcBorders>
              <w:top w:val="single" w:sz="5" w:space="0" w:color="CBD5DF"/>
              <w:left w:val="single" w:sz="5" w:space="0" w:color="CBD5DF"/>
              <w:bottom w:val="single" w:sz="5" w:space="0" w:color="CBD5DF"/>
              <w:right w:val="single" w:sz="5" w:space="0" w:color="CBD5DF"/>
            </w:tcBorders>
            <w:shd w:val="clear" w:color="auto" w:fill="FCFCE8"/>
            <w:tcMar>
              <w:top w:w="110" w:type="dxa"/>
              <w:left w:w="120" w:type="dxa"/>
              <w:bottom w:w="110" w:type="dxa"/>
              <w:right w:w="120" w:type="dxa"/>
            </w:tcMar>
          </w:tcPr>
          <w:p w14:paraId="5A6635C1" w14:textId="77777777" w:rsidR="00342C85" w:rsidRPr="00F12D54" w:rsidRDefault="00342C85"/>
        </w:tc>
        <w:tc>
          <w:tcPr>
            <w:tcW w:w="2565" w:type="dxa"/>
            <w:tcBorders>
              <w:top w:val="single" w:sz="5" w:space="0" w:color="CBD5DF"/>
              <w:left w:val="single" w:sz="5" w:space="0" w:color="CBD5DF"/>
              <w:bottom w:val="single" w:sz="5" w:space="0" w:color="CBD5DF"/>
              <w:right w:val="single" w:sz="5" w:space="0" w:color="CBD5DF"/>
            </w:tcBorders>
            <w:shd w:val="clear" w:color="auto" w:fill="EAF2F8"/>
            <w:tcMar>
              <w:top w:w="110" w:type="dxa"/>
              <w:left w:w="120" w:type="dxa"/>
              <w:bottom w:w="110" w:type="dxa"/>
              <w:right w:w="120" w:type="dxa"/>
            </w:tcMar>
          </w:tcPr>
          <w:p w14:paraId="1E290EAC" w14:textId="77777777" w:rsidR="00342C85" w:rsidRPr="00F12D54" w:rsidRDefault="00342C85"/>
        </w:tc>
      </w:tr>
    </w:tbl>
    <w:p w14:paraId="208DC131" w14:textId="77777777" w:rsidR="00342C85" w:rsidRPr="00F12D54" w:rsidRDefault="00342C85">
      <w:pPr>
        <w:spacing w:after="0"/>
      </w:pPr>
    </w:p>
    <w:p w14:paraId="7939433F" w14:textId="77777777" w:rsidR="00342C85" w:rsidRPr="00F12D54" w:rsidRDefault="009242EB">
      <w:pPr>
        <w:spacing w:after="0"/>
      </w:pPr>
      <w:r w:rsidRPr="00F12D54">
        <w:br w:type="page"/>
      </w:r>
    </w:p>
    <w:p w14:paraId="24D5CEE9" w14:textId="77777777" w:rsidR="00342C85" w:rsidRPr="00F12D54" w:rsidRDefault="009242EB">
      <w:pPr>
        <w:keepNext/>
        <w:shd w:val="clear" w:color="auto" w:fill="001F4F"/>
        <w:spacing w:before="140" w:after="120" w:line="240" w:lineRule="auto"/>
      </w:pPr>
      <w:r w:rsidRPr="00F12D54">
        <w:rPr>
          <w:rFonts w:eastAsia="Arial"/>
          <w:b/>
          <w:color w:val="E0E900"/>
          <w:sz w:val="22"/>
        </w:rPr>
        <w:lastRenderedPageBreak/>
        <w:t xml:space="preserve">  4  </w:t>
      </w:r>
      <w:r w:rsidRPr="00F12D54">
        <w:rPr>
          <w:rFonts w:eastAsia="Arial"/>
          <w:b/>
          <w:color w:val="FFFFFF"/>
          <w:sz w:val="22"/>
        </w:rPr>
        <w:t>RESSOURCEN &amp; SYSTEME  |  FORTSETZUNG</w:t>
      </w:r>
    </w:p>
    <w:tbl>
      <w:tblPr>
        <w:tblW w:w="9865" w:type="dxa"/>
        <w:tblLayout w:type="fixed"/>
        <w:tblLook w:val="04A0" w:firstRow="1" w:lastRow="0" w:firstColumn="1" w:lastColumn="0" w:noHBand="0" w:noVBand="1"/>
      </w:tblPr>
      <w:tblGrid>
        <w:gridCol w:w="5200"/>
        <w:gridCol w:w="2100"/>
        <w:gridCol w:w="2565"/>
      </w:tblGrid>
      <w:tr w:rsidR="00342C85" w:rsidRPr="00F12D54" w14:paraId="4E831975" w14:textId="77777777">
        <w:trPr>
          <w:cantSplit/>
          <w:tblHeader/>
        </w:trPr>
        <w:tc>
          <w:tcPr>
            <w:tcW w:w="5200" w:type="dxa"/>
            <w:tcBorders>
              <w:top w:val="single" w:sz="5" w:space="0" w:color="CBD5DF"/>
              <w:left w:val="single" w:sz="5" w:space="0" w:color="CBD5DF"/>
              <w:bottom w:val="single" w:sz="5" w:space="0" w:color="CBD5DF"/>
              <w:right w:val="single" w:sz="5" w:space="0" w:color="CBD5DF"/>
            </w:tcBorders>
            <w:shd w:val="clear" w:color="auto" w:fill="001F4F"/>
            <w:tcMar>
              <w:top w:w="110" w:type="dxa"/>
              <w:left w:w="120" w:type="dxa"/>
              <w:bottom w:w="110" w:type="dxa"/>
              <w:right w:w="120" w:type="dxa"/>
            </w:tcMar>
            <w:vAlign w:val="center"/>
          </w:tcPr>
          <w:p w14:paraId="396F8069" w14:textId="77777777" w:rsidR="00342C85" w:rsidRPr="00F12D54" w:rsidRDefault="009242EB">
            <w:pPr>
              <w:spacing w:after="0" w:line="240" w:lineRule="auto"/>
            </w:pPr>
            <w:r w:rsidRPr="00F12D54">
              <w:rPr>
                <w:rFonts w:eastAsia="Arial"/>
                <w:b/>
                <w:color w:val="FFFFFF"/>
                <w:sz w:val="14"/>
              </w:rPr>
              <w:t>FRAGE UND PRÜFHINWEIS</w:t>
            </w:r>
          </w:p>
        </w:tc>
        <w:tc>
          <w:tcPr>
            <w:tcW w:w="2100" w:type="dxa"/>
            <w:tcBorders>
              <w:top w:val="single" w:sz="5" w:space="0" w:color="CBD5DF"/>
              <w:left w:val="single" w:sz="5" w:space="0" w:color="CBD5DF"/>
              <w:bottom w:val="single" w:sz="5" w:space="0" w:color="CBD5DF"/>
              <w:right w:val="single" w:sz="5" w:space="0" w:color="CBD5DF"/>
            </w:tcBorders>
            <w:shd w:val="clear" w:color="auto" w:fill="001F4F"/>
            <w:tcMar>
              <w:top w:w="110" w:type="dxa"/>
              <w:left w:w="120" w:type="dxa"/>
              <w:bottom w:w="110" w:type="dxa"/>
              <w:right w:w="120" w:type="dxa"/>
            </w:tcMar>
            <w:vAlign w:val="center"/>
          </w:tcPr>
          <w:p w14:paraId="059E05BA" w14:textId="77777777" w:rsidR="00342C85" w:rsidRPr="00F12D54" w:rsidRDefault="009242EB">
            <w:pPr>
              <w:spacing w:after="0" w:line="240" w:lineRule="auto"/>
            </w:pPr>
            <w:r w:rsidRPr="00F12D54">
              <w:rPr>
                <w:rFonts w:eastAsia="Arial"/>
                <w:b/>
                <w:color w:val="FFFFFF"/>
                <w:sz w:val="14"/>
              </w:rPr>
              <w:t>ANTWORT / BEWERTUNG</w:t>
            </w:r>
          </w:p>
        </w:tc>
        <w:tc>
          <w:tcPr>
            <w:tcW w:w="2565" w:type="dxa"/>
            <w:tcBorders>
              <w:top w:val="single" w:sz="5" w:space="0" w:color="CBD5DF"/>
              <w:left w:val="single" w:sz="5" w:space="0" w:color="CBD5DF"/>
              <w:bottom w:val="single" w:sz="5" w:space="0" w:color="CBD5DF"/>
              <w:right w:val="single" w:sz="5" w:space="0" w:color="CBD5DF"/>
            </w:tcBorders>
            <w:shd w:val="clear" w:color="auto" w:fill="E0E900"/>
            <w:tcMar>
              <w:top w:w="110" w:type="dxa"/>
              <w:left w:w="120" w:type="dxa"/>
              <w:bottom w:w="110" w:type="dxa"/>
              <w:right w:w="120" w:type="dxa"/>
            </w:tcMar>
            <w:vAlign w:val="center"/>
          </w:tcPr>
          <w:p w14:paraId="1A4E7249" w14:textId="77777777" w:rsidR="00342C85" w:rsidRPr="00F12D54" w:rsidRDefault="009242EB">
            <w:pPr>
              <w:spacing w:after="0" w:line="240" w:lineRule="auto"/>
            </w:pPr>
            <w:r w:rsidRPr="00F12D54">
              <w:rPr>
                <w:rFonts w:eastAsia="Arial"/>
                <w:b/>
                <w:color w:val="001F4F"/>
                <w:sz w:val="14"/>
              </w:rPr>
              <w:t>NACHWEISE / BEISPIELE</w:t>
            </w:r>
          </w:p>
        </w:tc>
      </w:tr>
      <w:tr w:rsidR="00342C85" w:rsidRPr="00F12D54" w14:paraId="52672AC3" w14:textId="77777777">
        <w:trPr>
          <w:cantSplit/>
          <w:trHeight w:val="1701"/>
        </w:trPr>
        <w:tc>
          <w:tcPr>
            <w:tcW w:w="5200" w:type="dxa"/>
            <w:tcBorders>
              <w:top w:val="single" w:sz="5" w:space="0" w:color="CBD5DF"/>
              <w:left w:val="single" w:sz="5" w:space="0" w:color="CBD5DF"/>
              <w:bottom w:val="single" w:sz="5" w:space="0" w:color="CBD5DF"/>
              <w:right w:val="single" w:sz="5" w:space="0" w:color="CBD5DF"/>
            </w:tcBorders>
            <w:shd w:val="clear" w:color="auto" w:fill="FFFFFF"/>
            <w:tcMar>
              <w:top w:w="110" w:type="dxa"/>
              <w:left w:w="120" w:type="dxa"/>
              <w:bottom w:w="110" w:type="dxa"/>
              <w:right w:w="120" w:type="dxa"/>
            </w:tcMar>
          </w:tcPr>
          <w:p w14:paraId="16748D86" w14:textId="77777777" w:rsidR="00342C85" w:rsidRPr="00F12D54" w:rsidRDefault="009242EB">
            <w:pPr>
              <w:spacing w:after="0" w:line="259" w:lineRule="auto"/>
            </w:pPr>
            <w:r w:rsidRPr="00F12D54">
              <w:rPr>
                <w:rFonts w:eastAsia="Arial"/>
                <w:b/>
                <w:color w:val="001F4F"/>
                <w:sz w:val="17"/>
              </w:rPr>
              <w:t xml:space="preserve">13  </w:t>
            </w:r>
            <w:r w:rsidRPr="00F12D54">
              <w:rPr>
                <w:rFonts w:eastAsia="Arial"/>
                <w:sz w:val="17"/>
              </w:rPr>
              <w:t>Wird bei Planung und Umsetzung von Änderungen die Integrität der Lebensmittelhygiene gewahrt?</w:t>
            </w:r>
          </w:p>
          <w:p w14:paraId="1066165D" w14:textId="77777777" w:rsidR="00342C85" w:rsidRPr="00F12D54" w:rsidRDefault="009242EB">
            <w:pPr>
              <w:spacing w:before="100" w:after="0" w:line="259" w:lineRule="auto"/>
            </w:pPr>
            <w:r w:rsidRPr="00F12D54">
              <w:rPr>
                <w:rFonts w:eastAsia="Arial"/>
                <w:i/>
                <w:color w:val="667789"/>
                <w:sz w:val="14"/>
              </w:rPr>
              <w:t>Tipp: Denken Sie z. B. an Produktentwicklung, Umbauten, Personalveränderungen oder Personalknappheit.</w:t>
            </w:r>
          </w:p>
        </w:tc>
        <w:tc>
          <w:tcPr>
            <w:tcW w:w="2100" w:type="dxa"/>
            <w:tcBorders>
              <w:top w:val="single" w:sz="5" w:space="0" w:color="CBD5DF"/>
              <w:left w:val="single" w:sz="5" w:space="0" w:color="CBD5DF"/>
              <w:bottom w:val="single" w:sz="5" w:space="0" w:color="CBD5DF"/>
              <w:right w:val="single" w:sz="5" w:space="0" w:color="CBD5DF"/>
            </w:tcBorders>
            <w:shd w:val="clear" w:color="auto" w:fill="FCFCE8"/>
            <w:tcMar>
              <w:top w:w="110" w:type="dxa"/>
              <w:left w:w="120" w:type="dxa"/>
              <w:bottom w:w="110" w:type="dxa"/>
              <w:right w:w="120" w:type="dxa"/>
            </w:tcMar>
          </w:tcPr>
          <w:p w14:paraId="3774A89B" w14:textId="77777777" w:rsidR="00342C85" w:rsidRPr="00F12D54" w:rsidRDefault="00342C85"/>
        </w:tc>
        <w:tc>
          <w:tcPr>
            <w:tcW w:w="2565" w:type="dxa"/>
            <w:tcBorders>
              <w:top w:val="single" w:sz="5" w:space="0" w:color="CBD5DF"/>
              <w:left w:val="single" w:sz="5" w:space="0" w:color="CBD5DF"/>
              <w:bottom w:val="single" w:sz="5" w:space="0" w:color="CBD5DF"/>
              <w:right w:val="single" w:sz="5" w:space="0" w:color="CBD5DF"/>
            </w:tcBorders>
            <w:shd w:val="clear" w:color="auto" w:fill="EAF2F8"/>
            <w:tcMar>
              <w:top w:w="110" w:type="dxa"/>
              <w:left w:w="120" w:type="dxa"/>
              <w:bottom w:w="110" w:type="dxa"/>
              <w:right w:w="120" w:type="dxa"/>
            </w:tcMar>
          </w:tcPr>
          <w:p w14:paraId="11750C57" w14:textId="77777777" w:rsidR="00342C85" w:rsidRPr="00F12D54" w:rsidRDefault="00342C85"/>
        </w:tc>
      </w:tr>
      <w:tr w:rsidR="00342C85" w:rsidRPr="00F12D54" w14:paraId="7CC5475D" w14:textId="77777777">
        <w:trPr>
          <w:cantSplit/>
          <w:trHeight w:val="2381"/>
        </w:trPr>
        <w:tc>
          <w:tcPr>
            <w:tcW w:w="5200" w:type="dxa"/>
            <w:tcBorders>
              <w:top w:val="single" w:sz="5" w:space="0" w:color="CBD5DF"/>
              <w:left w:val="single" w:sz="5" w:space="0" w:color="CBD5DF"/>
              <w:bottom w:val="single" w:sz="5" w:space="0" w:color="CBD5DF"/>
              <w:right w:val="single" w:sz="5" w:space="0" w:color="CBD5DF"/>
            </w:tcBorders>
            <w:shd w:val="clear" w:color="auto" w:fill="FFFFFF"/>
            <w:tcMar>
              <w:top w:w="110" w:type="dxa"/>
              <w:left w:w="120" w:type="dxa"/>
              <w:bottom w:w="110" w:type="dxa"/>
              <w:right w:w="120" w:type="dxa"/>
            </w:tcMar>
          </w:tcPr>
          <w:p w14:paraId="5AE06DC7" w14:textId="77777777" w:rsidR="00342C85" w:rsidRPr="00F12D54" w:rsidRDefault="009242EB">
            <w:pPr>
              <w:spacing w:after="0" w:line="259" w:lineRule="auto"/>
            </w:pPr>
            <w:r w:rsidRPr="00F12D54">
              <w:rPr>
                <w:rFonts w:eastAsia="Arial"/>
                <w:b/>
                <w:color w:val="001F4F"/>
                <w:sz w:val="17"/>
              </w:rPr>
              <w:t xml:space="preserve">14  </w:t>
            </w:r>
            <w:r w:rsidRPr="00F12D54">
              <w:rPr>
                <w:rFonts w:eastAsia="Arial"/>
                <w:sz w:val="17"/>
              </w:rPr>
              <w:t>Vergewissert sich die Betriebsleitung, dass Kontrollen rechtzeitig und effizient durchgeführt werden und die Dokumentation auf dem neuesten Stand ist?</w:t>
            </w:r>
          </w:p>
          <w:p w14:paraId="6EE05D8E" w14:textId="77777777" w:rsidR="00342C85" w:rsidRPr="00F12D54" w:rsidRDefault="009242EB">
            <w:pPr>
              <w:spacing w:before="100" w:after="0" w:line="259" w:lineRule="auto"/>
            </w:pPr>
            <w:r w:rsidRPr="00F12D54">
              <w:rPr>
                <w:rFonts w:eastAsia="Arial"/>
                <w:i/>
                <w:color w:val="667789"/>
                <w:sz w:val="14"/>
              </w:rPr>
              <w:t>Tipp: Prüfen Sie den Weg der Dokumentation vom Produktionsbereich zum QM-Bereich: Wann werden welche Inhalte von wem geprüft? Wer ist verantwortlich? Werden Auswertungen erstellt? Was passiert bei Abweichungen?</w:t>
            </w:r>
          </w:p>
        </w:tc>
        <w:tc>
          <w:tcPr>
            <w:tcW w:w="2100" w:type="dxa"/>
            <w:tcBorders>
              <w:top w:val="single" w:sz="5" w:space="0" w:color="CBD5DF"/>
              <w:left w:val="single" w:sz="5" w:space="0" w:color="CBD5DF"/>
              <w:bottom w:val="single" w:sz="5" w:space="0" w:color="CBD5DF"/>
              <w:right w:val="single" w:sz="5" w:space="0" w:color="CBD5DF"/>
            </w:tcBorders>
            <w:shd w:val="clear" w:color="auto" w:fill="FCFCE8"/>
            <w:tcMar>
              <w:top w:w="110" w:type="dxa"/>
              <w:left w:w="120" w:type="dxa"/>
              <w:bottom w:w="110" w:type="dxa"/>
              <w:right w:w="120" w:type="dxa"/>
            </w:tcMar>
          </w:tcPr>
          <w:p w14:paraId="307210DD" w14:textId="77777777" w:rsidR="00342C85" w:rsidRPr="00F12D54" w:rsidRDefault="00342C85"/>
        </w:tc>
        <w:tc>
          <w:tcPr>
            <w:tcW w:w="2565" w:type="dxa"/>
            <w:tcBorders>
              <w:top w:val="single" w:sz="5" w:space="0" w:color="CBD5DF"/>
              <w:left w:val="single" w:sz="5" w:space="0" w:color="CBD5DF"/>
              <w:bottom w:val="single" w:sz="5" w:space="0" w:color="CBD5DF"/>
              <w:right w:val="single" w:sz="5" w:space="0" w:color="CBD5DF"/>
            </w:tcBorders>
            <w:shd w:val="clear" w:color="auto" w:fill="EAF2F8"/>
            <w:tcMar>
              <w:top w:w="110" w:type="dxa"/>
              <w:left w:w="120" w:type="dxa"/>
              <w:bottom w:w="110" w:type="dxa"/>
              <w:right w:w="120" w:type="dxa"/>
            </w:tcMar>
          </w:tcPr>
          <w:p w14:paraId="22FDC6ED" w14:textId="77777777" w:rsidR="00342C85" w:rsidRPr="00F12D54" w:rsidRDefault="00342C85"/>
        </w:tc>
      </w:tr>
      <w:tr w:rsidR="00342C85" w:rsidRPr="00F12D54" w14:paraId="13D5E12E" w14:textId="77777777">
        <w:trPr>
          <w:cantSplit/>
          <w:trHeight w:val="1701"/>
        </w:trPr>
        <w:tc>
          <w:tcPr>
            <w:tcW w:w="5200" w:type="dxa"/>
            <w:tcBorders>
              <w:top w:val="single" w:sz="5" w:space="0" w:color="CBD5DF"/>
              <w:left w:val="single" w:sz="5" w:space="0" w:color="CBD5DF"/>
              <w:bottom w:val="single" w:sz="5" w:space="0" w:color="CBD5DF"/>
              <w:right w:val="single" w:sz="5" w:space="0" w:color="CBD5DF"/>
            </w:tcBorders>
            <w:shd w:val="clear" w:color="auto" w:fill="FFFFFF"/>
            <w:tcMar>
              <w:top w:w="110" w:type="dxa"/>
              <w:left w:w="120" w:type="dxa"/>
              <w:bottom w:w="110" w:type="dxa"/>
              <w:right w:w="120" w:type="dxa"/>
            </w:tcMar>
          </w:tcPr>
          <w:p w14:paraId="374FAFC0" w14:textId="77777777" w:rsidR="00342C85" w:rsidRPr="00F12D54" w:rsidRDefault="009242EB">
            <w:pPr>
              <w:spacing w:after="0" w:line="259" w:lineRule="auto"/>
            </w:pPr>
            <w:r w:rsidRPr="00F12D54">
              <w:rPr>
                <w:rFonts w:eastAsia="Arial"/>
                <w:b/>
                <w:color w:val="001F4F"/>
                <w:sz w:val="17"/>
              </w:rPr>
              <w:t xml:space="preserve">15  </w:t>
            </w:r>
            <w:r w:rsidRPr="00F12D54">
              <w:rPr>
                <w:rFonts w:eastAsia="Arial"/>
                <w:sz w:val="17"/>
              </w:rPr>
              <w:t>Werden die einschlägigen regulatorischen Anforderungen sicher gewährleistet?</w:t>
            </w:r>
          </w:p>
          <w:p w14:paraId="0716210F" w14:textId="77777777" w:rsidR="00342C85" w:rsidRPr="00F12D54" w:rsidRDefault="009242EB">
            <w:pPr>
              <w:spacing w:before="100" w:after="0" w:line="259" w:lineRule="auto"/>
            </w:pPr>
            <w:r w:rsidRPr="00F12D54">
              <w:rPr>
                <w:rFonts w:eastAsia="Arial"/>
                <w:i/>
                <w:color w:val="667789"/>
                <w:sz w:val="14"/>
              </w:rPr>
              <w:t>Tipp: Denken Sie an herausfordernde Situationen, z. B. starke Absatzschwankungen, neue Produkte und Kunden oder Personalknappheit.</w:t>
            </w:r>
          </w:p>
        </w:tc>
        <w:tc>
          <w:tcPr>
            <w:tcW w:w="2100" w:type="dxa"/>
            <w:tcBorders>
              <w:top w:val="single" w:sz="5" w:space="0" w:color="CBD5DF"/>
              <w:left w:val="single" w:sz="5" w:space="0" w:color="CBD5DF"/>
              <w:bottom w:val="single" w:sz="5" w:space="0" w:color="CBD5DF"/>
              <w:right w:val="single" w:sz="5" w:space="0" w:color="CBD5DF"/>
            </w:tcBorders>
            <w:shd w:val="clear" w:color="auto" w:fill="FCFCE8"/>
            <w:tcMar>
              <w:top w:w="110" w:type="dxa"/>
              <w:left w:w="120" w:type="dxa"/>
              <w:bottom w:w="110" w:type="dxa"/>
              <w:right w:w="120" w:type="dxa"/>
            </w:tcMar>
          </w:tcPr>
          <w:p w14:paraId="76FEFAC9" w14:textId="77777777" w:rsidR="00342C85" w:rsidRPr="00F12D54" w:rsidRDefault="00342C85"/>
        </w:tc>
        <w:tc>
          <w:tcPr>
            <w:tcW w:w="2565" w:type="dxa"/>
            <w:tcBorders>
              <w:top w:val="single" w:sz="5" w:space="0" w:color="CBD5DF"/>
              <w:left w:val="single" w:sz="5" w:space="0" w:color="CBD5DF"/>
              <w:bottom w:val="single" w:sz="5" w:space="0" w:color="CBD5DF"/>
              <w:right w:val="single" w:sz="5" w:space="0" w:color="CBD5DF"/>
            </w:tcBorders>
            <w:shd w:val="clear" w:color="auto" w:fill="EAF2F8"/>
            <w:tcMar>
              <w:top w:w="110" w:type="dxa"/>
              <w:left w:w="120" w:type="dxa"/>
              <w:bottom w:w="110" w:type="dxa"/>
              <w:right w:w="120" w:type="dxa"/>
            </w:tcMar>
          </w:tcPr>
          <w:p w14:paraId="2EE7F605" w14:textId="77777777" w:rsidR="00342C85" w:rsidRPr="00F12D54" w:rsidRDefault="00342C85"/>
        </w:tc>
      </w:tr>
      <w:tr w:rsidR="00342C85" w:rsidRPr="00F12D54" w14:paraId="2D2BB428" w14:textId="77777777">
        <w:trPr>
          <w:cantSplit/>
          <w:trHeight w:val="1304"/>
        </w:trPr>
        <w:tc>
          <w:tcPr>
            <w:tcW w:w="5200" w:type="dxa"/>
            <w:tcBorders>
              <w:top w:val="single" w:sz="5" w:space="0" w:color="CBD5DF"/>
              <w:left w:val="single" w:sz="5" w:space="0" w:color="CBD5DF"/>
              <w:bottom w:val="single" w:sz="5" w:space="0" w:color="CBD5DF"/>
              <w:right w:val="single" w:sz="5" w:space="0" w:color="CBD5DF"/>
            </w:tcBorders>
            <w:shd w:val="clear" w:color="auto" w:fill="FFFFFF"/>
            <w:tcMar>
              <w:top w:w="110" w:type="dxa"/>
              <w:left w:w="120" w:type="dxa"/>
              <w:bottom w:w="110" w:type="dxa"/>
              <w:right w:w="120" w:type="dxa"/>
            </w:tcMar>
          </w:tcPr>
          <w:p w14:paraId="0F2C6081" w14:textId="77777777" w:rsidR="00342C85" w:rsidRPr="00F12D54" w:rsidRDefault="009242EB">
            <w:pPr>
              <w:spacing w:after="0" w:line="259" w:lineRule="auto"/>
            </w:pPr>
            <w:r w:rsidRPr="00F12D54">
              <w:rPr>
                <w:rFonts w:eastAsia="Arial"/>
                <w:b/>
                <w:color w:val="001F4F"/>
                <w:sz w:val="17"/>
              </w:rPr>
              <w:t xml:space="preserve">16  </w:t>
            </w:r>
            <w:r w:rsidRPr="00F12D54">
              <w:rPr>
                <w:rFonts w:eastAsia="Arial"/>
                <w:sz w:val="17"/>
              </w:rPr>
              <w:t>Werden Art und Größe des Unternehmens bei der Umsetzung der Lebensmittelsicherheitskultur berücksichtigt?</w:t>
            </w:r>
          </w:p>
        </w:tc>
        <w:tc>
          <w:tcPr>
            <w:tcW w:w="2100" w:type="dxa"/>
            <w:tcBorders>
              <w:top w:val="single" w:sz="5" w:space="0" w:color="CBD5DF"/>
              <w:left w:val="single" w:sz="5" w:space="0" w:color="CBD5DF"/>
              <w:bottom w:val="single" w:sz="5" w:space="0" w:color="CBD5DF"/>
              <w:right w:val="single" w:sz="5" w:space="0" w:color="CBD5DF"/>
            </w:tcBorders>
            <w:shd w:val="clear" w:color="auto" w:fill="FCFCE8"/>
            <w:tcMar>
              <w:top w:w="110" w:type="dxa"/>
              <w:left w:w="120" w:type="dxa"/>
              <w:bottom w:w="110" w:type="dxa"/>
              <w:right w:w="120" w:type="dxa"/>
            </w:tcMar>
          </w:tcPr>
          <w:p w14:paraId="347EF095" w14:textId="77777777" w:rsidR="00342C85" w:rsidRPr="00F12D54" w:rsidRDefault="00342C85"/>
        </w:tc>
        <w:tc>
          <w:tcPr>
            <w:tcW w:w="2565" w:type="dxa"/>
            <w:tcBorders>
              <w:top w:val="single" w:sz="5" w:space="0" w:color="CBD5DF"/>
              <w:left w:val="single" w:sz="5" w:space="0" w:color="CBD5DF"/>
              <w:bottom w:val="single" w:sz="5" w:space="0" w:color="CBD5DF"/>
              <w:right w:val="single" w:sz="5" w:space="0" w:color="CBD5DF"/>
            </w:tcBorders>
            <w:shd w:val="clear" w:color="auto" w:fill="EAF2F8"/>
            <w:tcMar>
              <w:top w:w="110" w:type="dxa"/>
              <w:left w:w="120" w:type="dxa"/>
              <w:bottom w:w="110" w:type="dxa"/>
              <w:right w:w="120" w:type="dxa"/>
            </w:tcMar>
          </w:tcPr>
          <w:p w14:paraId="04E0550E" w14:textId="77777777" w:rsidR="00342C85" w:rsidRPr="00F12D54" w:rsidRDefault="00342C85"/>
        </w:tc>
      </w:tr>
    </w:tbl>
    <w:p w14:paraId="00AB339C" w14:textId="77777777" w:rsidR="00342C85" w:rsidRPr="00F12D54" w:rsidRDefault="00342C85">
      <w:pPr>
        <w:spacing w:after="0"/>
      </w:pPr>
    </w:p>
    <w:p w14:paraId="42E78951" w14:textId="77777777" w:rsidR="00342C85" w:rsidRPr="00F12D54" w:rsidRDefault="009242EB">
      <w:pPr>
        <w:spacing w:after="0"/>
      </w:pPr>
      <w:r w:rsidRPr="00F12D54">
        <w:br w:type="page"/>
      </w:r>
    </w:p>
    <w:p w14:paraId="478BB142" w14:textId="77777777" w:rsidR="00342C85" w:rsidRPr="00F12D54" w:rsidRDefault="009242EB">
      <w:pPr>
        <w:keepNext/>
        <w:shd w:val="clear" w:color="auto" w:fill="001F4F"/>
        <w:spacing w:before="140" w:after="120" w:line="240" w:lineRule="auto"/>
      </w:pPr>
      <w:r w:rsidRPr="00F12D54">
        <w:rPr>
          <w:rFonts w:eastAsia="Arial"/>
          <w:b/>
          <w:color w:val="E0E900"/>
          <w:sz w:val="22"/>
        </w:rPr>
        <w:lastRenderedPageBreak/>
        <w:t xml:space="preserve">  4  </w:t>
      </w:r>
      <w:r w:rsidRPr="00F12D54">
        <w:rPr>
          <w:rFonts w:eastAsia="Arial"/>
          <w:b/>
          <w:color w:val="FFFFFF"/>
          <w:sz w:val="22"/>
        </w:rPr>
        <w:t>RESSOURCEN &amp; SYSTEME  |  FORTSETZUNG</w:t>
      </w:r>
    </w:p>
    <w:tbl>
      <w:tblPr>
        <w:tblW w:w="9865" w:type="dxa"/>
        <w:tblLayout w:type="fixed"/>
        <w:tblLook w:val="04A0" w:firstRow="1" w:lastRow="0" w:firstColumn="1" w:lastColumn="0" w:noHBand="0" w:noVBand="1"/>
      </w:tblPr>
      <w:tblGrid>
        <w:gridCol w:w="5200"/>
        <w:gridCol w:w="2100"/>
        <w:gridCol w:w="2565"/>
      </w:tblGrid>
      <w:tr w:rsidR="00342C85" w:rsidRPr="00F12D54" w14:paraId="27143A7A" w14:textId="77777777">
        <w:trPr>
          <w:cantSplit/>
          <w:tblHeader/>
        </w:trPr>
        <w:tc>
          <w:tcPr>
            <w:tcW w:w="5200" w:type="dxa"/>
            <w:tcBorders>
              <w:top w:val="single" w:sz="5" w:space="0" w:color="CBD5DF"/>
              <w:left w:val="single" w:sz="5" w:space="0" w:color="CBD5DF"/>
              <w:bottom w:val="single" w:sz="5" w:space="0" w:color="CBD5DF"/>
              <w:right w:val="single" w:sz="5" w:space="0" w:color="CBD5DF"/>
            </w:tcBorders>
            <w:shd w:val="clear" w:color="auto" w:fill="001F4F"/>
            <w:tcMar>
              <w:top w:w="110" w:type="dxa"/>
              <w:left w:w="120" w:type="dxa"/>
              <w:bottom w:w="110" w:type="dxa"/>
              <w:right w:w="120" w:type="dxa"/>
            </w:tcMar>
            <w:vAlign w:val="center"/>
          </w:tcPr>
          <w:p w14:paraId="551C0532" w14:textId="77777777" w:rsidR="00342C85" w:rsidRPr="00F12D54" w:rsidRDefault="009242EB">
            <w:pPr>
              <w:spacing w:after="0" w:line="240" w:lineRule="auto"/>
            </w:pPr>
            <w:r w:rsidRPr="00F12D54">
              <w:rPr>
                <w:rFonts w:eastAsia="Arial"/>
                <w:b/>
                <w:color w:val="FFFFFF"/>
                <w:sz w:val="14"/>
              </w:rPr>
              <w:t>FRAGE UND PRÜFHINWEIS</w:t>
            </w:r>
          </w:p>
        </w:tc>
        <w:tc>
          <w:tcPr>
            <w:tcW w:w="2100" w:type="dxa"/>
            <w:tcBorders>
              <w:top w:val="single" w:sz="5" w:space="0" w:color="CBD5DF"/>
              <w:left w:val="single" w:sz="5" w:space="0" w:color="CBD5DF"/>
              <w:bottom w:val="single" w:sz="5" w:space="0" w:color="CBD5DF"/>
              <w:right w:val="single" w:sz="5" w:space="0" w:color="CBD5DF"/>
            </w:tcBorders>
            <w:shd w:val="clear" w:color="auto" w:fill="001F4F"/>
            <w:tcMar>
              <w:top w:w="110" w:type="dxa"/>
              <w:left w:w="120" w:type="dxa"/>
              <w:bottom w:w="110" w:type="dxa"/>
              <w:right w:w="120" w:type="dxa"/>
            </w:tcMar>
            <w:vAlign w:val="center"/>
          </w:tcPr>
          <w:p w14:paraId="2F002F4C" w14:textId="77777777" w:rsidR="00342C85" w:rsidRPr="00F12D54" w:rsidRDefault="009242EB">
            <w:pPr>
              <w:spacing w:after="0" w:line="240" w:lineRule="auto"/>
            </w:pPr>
            <w:r w:rsidRPr="00F12D54">
              <w:rPr>
                <w:rFonts w:eastAsia="Arial"/>
                <w:b/>
                <w:color w:val="FFFFFF"/>
                <w:sz w:val="14"/>
              </w:rPr>
              <w:t>ANTWORT / BEWERTUNG</w:t>
            </w:r>
          </w:p>
        </w:tc>
        <w:tc>
          <w:tcPr>
            <w:tcW w:w="2565" w:type="dxa"/>
            <w:tcBorders>
              <w:top w:val="single" w:sz="5" w:space="0" w:color="CBD5DF"/>
              <w:left w:val="single" w:sz="5" w:space="0" w:color="CBD5DF"/>
              <w:bottom w:val="single" w:sz="5" w:space="0" w:color="CBD5DF"/>
              <w:right w:val="single" w:sz="5" w:space="0" w:color="CBD5DF"/>
            </w:tcBorders>
            <w:shd w:val="clear" w:color="auto" w:fill="E0E900"/>
            <w:tcMar>
              <w:top w:w="110" w:type="dxa"/>
              <w:left w:w="120" w:type="dxa"/>
              <w:bottom w:w="110" w:type="dxa"/>
              <w:right w:w="120" w:type="dxa"/>
            </w:tcMar>
            <w:vAlign w:val="center"/>
          </w:tcPr>
          <w:p w14:paraId="3523522C" w14:textId="77777777" w:rsidR="00342C85" w:rsidRPr="00F12D54" w:rsidRDefault="009242EB">
            <w:pPr>
              <w:spacing w:after="0" w:line="240" w:lineRule="auto"/>
            </w:pPr>
            <w:r w:rsidRPr="00F12D54">
              <w:rPr>
                <w:rFonts w:eastAsia="Arial"/>
                <w:b/>
                <w:color w:val="001F4F"/>
                <w:sz w:val="14"/>
              </w:rPr>
              <w:t>NACHWEISE / BEISPIELE</w:t>
            </w:r>
          </w:p>
        </w:tc>
      </w:tr>
      <w:tr w:rsidR="00342C85" w:rsidRPr="00F12D54" w14:paraId="0C4556C6" w14:textId="77777777">
        <w:trPr>
          <w:cantSplit/>
          <w:trHeight w:val="1814"/>
        </w:trPr>
        <w:tc>
          <w:tcPr>
            <w:tcW w:w="5200" w:type="dxa"/>
            <w:tcBorders>
              <w:top w:val="single" w:sz="5" w:space="0" w:color="CBD5DF"/>
              <w:left w:val="single" w:sz="5" w:space="0" w:color="CBD5DF"/>
              <w:bottom w:val="single" w:sz="5" w:space="0" w:color="CBD5DF"/>
              <w:right w:val="single" w:sz="5" w:space="0" w:color="CBD5DF"/>
            </w:tcBorders>
            <w:shd w:val="clear" w:color="auto" w:fill="FFFFFF"/>
            <w:tcMar>
              <w:top w:w="110" w:type="dxa"/>
              <w:left w:w="120" w:type="dxa"/>
              <w:bottom w:w="110" w:type="dxa"/>
              <w:right w:w="120" w:type="dxa"/>
            </w:tcMar>
          </w:tcPr>
          <w:p w14:paraId="4E1421A7" w14:textId="77777777" w:rsidR="00342C85" w:rsidRPr="00F12D54" w:rsidRDefault="009242EB">
            <w:pPr>
              <w:spacing w:after="0" w:line="259" w:lineRule="auto"/>
            </w:pPr>
            <w:r w:rsidRPr="00F12D54">
              <w:rPr>
                <w:rFonts w:eastAsia="Arial"/>
                <w:b/>
                <w:color w:val="001F4F"/>
                <w:sz w:val="17"/>
              </w:rPr>
              <w:t xml:space="preserve">17  </w:t>
            </w:r>
            <w:r w:rsidRPr="00F12D54">
              <w:rPr>
                <w:rFonts w:eastAsia="Arial"/>
                <w:sz w:val="17"/>
              </w:rPr>
              <w:t>Wird die Lebensmittelsicherheitskultur regelmäßig bewertet?</w:t>
            </w:r>
          </w:p>
          <w:p w14:paraId="755BDA82" w14:textId="77777777" w:rsidR="00342C85" w:rsidRPr="00F12D54" w:rsidRDefault="009242EB">
            <w:pPr>
              <w:spacing w:before="100" w:after="0" w:line="259" w:lineRule="auto"/>
            </w:pPr>
            <w:r w:rsidRPr="00F12D54">
              <w:rPr>
                <w:rFonts w:eastAsia="Arial"/>
                <w:i/>
                <w:color w:val="667789"/>
                <w:sz w:val="14"/>
              </w:rPr>
              <w:t xml:space="preserve">Tipp: Denken Sie an das Management Review, Leitungsmeetings, Mitarbeitenden-Meetings und </w:t>
            </w:r>
            <w:proofErr w:type="spellStart"/>
            <w:r w:rsidRPr="00F12D54">
              <w:rPr>
                <w:rFonts w:eastAsia="Arial"/>
                <w:i/>
                <w:color w:val="667789"/>
                <w:sz w:val="14"/>
              </w:rPr>
              <w:t>Mitarbeitendenumfragen</w:t>
            </w:r>
            <w:proofErr w:type="spellEnd"/>
            <w:r w:rsidRPr="00F12D54">
              <w:rPr>
                <w:rFonts w:eastAsia="Arial"/>
                <w:i/>
                <w:color w:val="667789"/>
                <w:sz w:val="14"/>
              </w:rPr>
              <w:t>.</w:t>
            </w:r>
          </w:p>
        </w:tc>
        <w:tc>
          <w:tcPr>
            <w:tcW w:w="2100" w:type="dxa"/>
            <w:tcBorders>
              <w:top w:val="single" w:sz="5" w:space="0" w:color="CBD5DF"/>
              <w:left w:val="single" w:sz="5" w:space="0" w:color="CBD5DF"/>
              <w:bottom w:val="single" w:sz="5" w:space="0" w:color="CBD5DF"/>
              <w:right w:val="single" w:sz="5" w:space="0" w:color="CBD5DF"/>
            </w:tcBorders>
            <w:shd w:val="clear" w:color="auto" w:fill="FCFCE8"/>
            <w:tcMar>
              <w:top w:w="110" w:type="dxa"/>
              <w:left w:w="120" w:type="dxa"/>
              <w:bottom w:w="110" w:type="dxa"/>
              <w:right w:w="120" w:type="dxa"/>
            </w:tcMar>
          </w:tcPr>
          <w:p w14:paraId="5FDA9B12" w14:textId="77777777" w:rsidR="00342C85" w:rsidRPr="00F12D54" w:rsidRDefault="00342C85"/>
        </w:tc>
        <w:tc>
          <w:tcPr>
            <w:tcW w:w="2565" w:type="dxa"/>
            <w:tcBorders>
              <w:top w:val="single" w:sz="5" w:space="0" w:color="CBD5DF"/>
              <w:left w:val="single" w:sz="5" w:space="0" w:color="CBD5DF"/>
              <w:bottom w:val="single" w:sz="5" w:space="0" w:color="CBD5DF"/>
              <w:right w:val="single" w:sz="5" w:space="0" w:color="CBD5DF"/>
            </w:tcBorders>
            <w:shd w:val="clear" w:color="auto" w:fill="EAF2F8"/>
            <w:tcMar>
              <w:top w:w="110" w:type="dxa"/>
              <w:left w:w="120" w:type="dxa"/>
              <w:bottom w:w="110" w:type="dxa"/>
              <w:right w:w="120" w:type="dxa"/>
            </w:tcMar>
          </w:tcPr>
          <w:p w14:paraId="607BE677" w14:textId="77777777" w:rsidR="00342C85" w:rsidRPr="00F12D54" w:rsidRDefault="00342C85"/>
        </w:tc>
      </w:tr>
      <w:tr w:rsidR="00342C85" w:rsidRPr="00F12D54" w14:paraId="3D2DF7F6" w14:textId="77777777">
        <w:trPr>
          <w:cantSplit/>
          <w:trHeight w:val="1871"/>
        </w:trPr>
        <w:tc>
          <w:tcPr>
            <w:tcW w:w="5200" w:type="dxa"/>
            <w:tcBorders>
              <w:top w:val="single" w:sz="5" w:space="0" w:color="CBD5DF"/>
              <w:left w:val="single" w:sz="5" w:space="0" w:color="CBD5DF"/>
              <w:bottom w:val="single" w:sz="5" w:space="0" w:color="CBD5DF"/>
              <w:right w:val="single" w:sz="5" w:space="0" w:color="CBD5DF"/>
            </w:tcBorders>
            <w:shd w:val="clear" w:color="auto" w:fill="FFFFFF"/>
            <w:tcMar>
              <w:top w:w="110" w:type="dxa"/>
              <w:left w:w="120" w:type="dxa"/>
              <w:bottom w:w="110" w:type="dxa"/>
              <w:right w:w="120" w:type="dxa"/>
            </w:tcMar>
          </w:tcPr>
          <w:p w14:paraId="5B1EA0DA" w14:textId="77777777" w:rsidR="00342C85" w:rsidRPr="00F12D54" w:rsidRDefault="009242EB">
            <w:pPr>
              <w:spacing w:after="0" w:line="259" w:lineRule="auto"/>
            </w:pPr>
            <w:r w:rsidRPr="00F12D54">
              <w:rPr>
                <w:rFonts w:eastAsia="Arial"/>
                <w:b/>
                <w:color w:val="001F4F"/>
                <w:sz w:val="17"/>
              </w:rPr>
              <w:t xml:space="preserve">18  </w:t>
            </w:r>
            <w:r w:rsidRPr="00F12D54">
              <w:rPr>
                <w:rFonts w:eastAsia="Arial"/>
                <w:sz w:val="17"/>
              </w:rPr>
              <w:t>Wurde eine Umfrage zur Lebensmittelsicherheitskultur durchgeführt? Wie war die Beteiligung? Wurden Projekte abgeleitet, umgesetzt und bewertet? Wurde dies an alle Mitarbeitenden kommuniziert?</w:t>
            </w:r>
          </w:p>
        </w:tc>
        <w:tc>
          <w:tcPr>
            <w:tcW w:w="2100" w:type="dxa"/>
            <w:tcBorders>
              <w:top w:val="single" w:sz="5" w:space="0" w:color="CBD5DF"/>
              <w:left w:val="single" w:sz="5" w:space="0" w:color="CBD5DF"/>
              <w:bottom w:val="single" w:sz="5" w:space="0" w:color="CBD5DF"/>
              <w:right w:val="single" w:sz="5" w:space="0" w:color="CBD5DF"/>
            </w:tcBorders>
            <w:shd w:val="clear" w:color="auto" w:fill="FCFCE8"/>
            <w:tcMar>
              <w:top w:w="110" w:type="dxa"/>
              <w:left w:w="120" w:type="dxa"/>
              <w:bottom w:w="110" w:type="dxa"/>
              <w:right w:w="120" w:type="dxa"/>
            </w:tcMar>
          </w:tcPr>
          <w:p w14:paraId="410DAA81" w14:textId="77777777" w:rsidR="00342C85" w:rsidRPr="00F12D54" w:rsidRDefault="00342C85"/>
        </w:tc>
        <w:tc>
          <w:tcPr>
            <w:tcW w:w="2565" w:type="dxa"/>
            <w:tcBorders>
              <w:top w:val="single" w:sz="5" w:space="0" w:color="CBD5DF"/>
              <w:left w:val="single" w:sz="5" w:space="0" w:color="CBD5DF"/>
              <w:bottom w:val="single" w:sz="5" w:space="0" w:color="CBD5DF"/>
              <w:right w:val="single" w:sz="5" w:space="0" w:color="CBD5DF"/>
            </w:tcBorders>
            <w:shd w:val="clear" w:color="auto" w:fill="EAF2F8"/>
            <w:tcMar>
              <w:top w:w="110" w:type="dxa"/>
              <w:left w:w="120" w:type="dxa"/>
              <w:bottom w:w="110" w:type="dxa"/>
              <w:right w:w="120" w:type="dxa"/>
            </w:tcMar>
          </w:tcPr>
          <w:p w14:paraId="4452F280" w14:textId="77777777" w:rsidR="00342C85" w:rsidRPr="00F12D54" w:rsidRDefault="00342C85"/>
        </w:tc>
      </w:tr>
    </w:tbl>
    <w:p w14:paraId="278E5B94" w14:textId="77777777" w:rsidR="00342C85" w:rsidRPr="00F12D54" w:rsidRDefault="00342C85">
      <w:pPr>
        <w:spacing w:after="0"/>
      </w:pPr>
    </w:p>
    <w:tbl>
      <w:tblPr>
        <w:tblW w:w="9865" w:type="dxa"/>
        <w:tblLayout w:type="fixed"/>
        <w:tblLook w:val="04A0" w:firstRow="1" w:lastRow="0" w:firstColumn="1" w:lastColumn="0" w:noHBand="0" w:noVBand="1"/>
      </w:tblPr>
      <w:tblGrid>
        <w:gridCol w:w="2350"/>
        <w:gridCol w:w="7515"/>
      </w:tblGrid>
      <w:tr w:rsidR="00342C85" w:rsidRPr="00F12D54" w14:paraId="36776E82" w14:textId="77777777">
        <w:tc>
          <w:tcPr>
            <w:tcW w:w="9865" w:type="dxa"/>
            <w:gridSpan w:val="2"/>
            <w:shd w:val="clear" w:color="auto" w:fill="F8F6EF"/>
            <w:tcMar>
              <w:top w:w="130" w:type="dxa"/>
              <w:left w:w="170" w:type="dxa"/>
              <w:bottom w:w="80" w:type="dxa"/>
              <w:right w:w="170" w:type="dxa"/>
            </w:tcMar>
          </w:tcPr>
          <w:p w14:paraId="1F1EFFFC" w14:textId="77777777" w:rsidR="00342C85" w:rsidRDefault="009242EB">
            <w:pPr>
              <w:spacing w:after="0" w:line="240" w:lineRule="auto"/>
              <w:rPr>
                <w:rFonts w:eastAsia="Arial"/>
                <w:b/>
                <w:color w:val="001F4F"/>
                <w:sz w:val="19"/>
              </w:rPr>
            </w:pPr>
            <w:r w:rsidRPr="00F12D54">
              <w:rPr>
                <w:rFonts w:eastAsia="Arial"/>
                <w:b/>
                <w:color w:val="001F4F"/>
                <w:sz w:val="19"/>
              </w:rPr>
              <w:t>AUSWERTUNG UND NÄCHSTE SCHRITTE</w:t>
            </w:r>
          </w:p>
          <w:p w14:paraId="1B5C13FC" w14:textId="77777777" w:rsidR="00F12D54" w:rsidRPr="00F12D54" w:rsidRDefault="00F12D54">
            <w:pPr>
              <w:spacing w:after="0" w:line="240" w:lineRule="auto"/>
            </w:pPr>
          </w:p>
        </w:tc>
      </w:tr>
      <w:tr w:rsidR="00342C85" w:rsidRPr="00F12D54" w14:paraId="447DAE53" w14:textId="77777777">
        <w:tc>
          <w:tcPr>
            <w:tcW w:w="2350" w:type="dxa"/>
            <w:shd w:val="clear" w:color="auto" w:fill="F8F6EF"/>
            <w:tcMar>
              <w:top w:w="70" w:type="dxa"/>
              <w:left w:w="170" w:type="dxa"/>
              <w:bottom w:w="70" w:type="dxa"/>
              <w:right w:w="170" w:type="dxa"/>
            </w:tcMar>
          </w:tcPr>
          <w:p w14:paraId="441C48B9" w14:textId="77777777" w:rsidR="00342C85" w:rsidRDefault="009242EB">
            <w:pPr>
              <w:spacing w:after="0" w:line="240" w:lineRule="auto"/>
              <w:rPr>
                <w:rFonts w:eastAsia="Arial"/>
                <w:b/>
                <w:color w:val="667789"/>
                <w:sz w:val="14"/>
              </w:rPr>
            </w:pPr>
            <w:r w:rsidRPr="00F12D54">
              <w:rPr>
                <w:rFonts w:eastAsia="Arial"/>
                <w:b/>
                <w:color w:val="667789"/>
                <w:sz w:val="14"/>
              </w:rPr>
              <w:t>STÄRKEN</w:t>
            </w:r>
          </w:p>
          <w:p w14:paraId="1246C7B9" w14:textId="77777777" w:rsidR="00F12D54" w:rsidRDefault="00F12D54">
            <w:pPr>
              <w:spacing w:after="0" w:line="240" w:lineRule="auto"/>
              <w:rPr>
                <w:rFonts w:eastAsia="Arial"/>
                <w:b/>
                <w:color w:val="667789"/>
                <w:sz w:val="14"/>
              </w:rPr>
            </w:pPr>
          </w:p>
          <w:p w14:paraId="0F9A40E0" w14:textId="77777777" w:rsidR="00F12D54" w:rsidRDefault="00F12D54">
            <w:pPr>
              <w:spacing w:after="0" w:line="240" w:lineRule="auto"/>
              <w:rPr>
                <w:rFonts w:eastAsia="Arial"/>
                <w:b/>
                <w:color w:val="667789"/>
                <w:sz w:val="14"/>
              </w:rPr>
            </w:pPr>
          </w:p>
          <w:p w14:paraId="1ED74167" w14:textId="77777777" w:rsidR="00F12D54" w:rsidRPr="00F12D54" w:rsidRDefault="00F12D54">
            <w:pPr>
              <w:spacing w:after="0" w:line="240" w:lineRule="auto"/>
            </w:pPr>
          </w:p>
        </w:tc>
        <w:tc>
          <w:tcPr>
            <w:tcW w:w="7515" w:type="dxa"/>
            <w:shd w:val="clear" w:color="auto" w:fill="F8F6EF"/>
            <w:tcMar>
              <w:top w:w="70" w:type="dxa"/>
              <w:left w:w="170" w:type="dxa"/>
              <w:bottom w:w="70" w:type="dxa"/>
              <w:right w:w="170" w:type="dxa"/>
            </w:tcMar>
          </w:tcPr>
          <w:p w14:paraId="0E68768B" w14:textId="77777777" w:rsidR="00342C85" w:rsidRDefault="00342C85">
            <w:pPr>
              <w:pBdr>
                <w:bottom w:val="single" w:sz="4" w:space="1" w:color="CBD5DF"/>
              </w:pBdr>
              <w:spacing w:after="0" w:line="240" w:lineRule="auto"/>
            </w:pPr>
          </w:p>
          <w:p w14:paraId="6836C284" w14:textId="77777777" w:rsidR="00F12D54" w:rsidRDefault="00F12D54">
            <w:pPr>
              <w:pBdr>
                <w:bottom w:val="single" w:sz="4" w:space="1" w:color="CBD5DF"/>
              </w:pBdr>
              <w:spacing w:after="0" w:line="240" w:lineRule="auto"/>
            </w:pPr>
          </w:p>
          <w:p w14:paraId="42F4CD88" w14:textId="77777777" w:rsidR="00F12D54" w:rsidRPr="00F12D54" w:rsidRDefault="00F12D54">
            <w:pPr>
              <w:pBdr>
                <w:bottom w:val="single" w:sz="4" w:space="1" w:color="CBD5DF"/>
              </w:pBdr>
              <w:spacing w:after="0" w:line="240" w:lineRule="auto"/>
            </w:pPr>
          </w:p>
        </w:tc>
      </w:tr>
      <w:tr w:rsidR="00342C85" w:rsidRPr="00F12D54" w14:paraId="60D338CF" w14:textId="77777777">
        <w:tc>
          <w:tcPr>
            <w:tcW w:w="2350" w:type="dxa"/>
            <w:shd w:val="clear" w:color="auto" w:fill="F8F6EF"/>
            <w:tcMar>
              <w:top w:w="70" w:type="dxa"/>
              <w:left w:w="170" w:type="dxa"/>
              <w:bottom w:w="70" w:type="dxa"/>
              <w:right w:w="170" w:type="dxa"/>
            </w:tcMar>
          </w:tcPr>
          <w:p w14:paraId="249590C7" w14:textId="77777777" w:rsidR="00342C85" w:rsidRPr="00F12D54" w:rsidRDefault="009242EB">
            <w:pPr>
              <w:spacing w:after="0" w:line="240" w:lineRule="auto"/>
            </w:pPr>
            <w:r w:rsidRPr="00F12D54">
              <w:rPr>
                <w:rFonts w:eastAsia="Arial"/>
                <w:b/>
                <w:color w:val="667789"/>
                <w:sz w:val="14"/>
              </w:rPr>
              <w:t>VERBESSERUNGSBEDARF</w:t>
            </w:r>
          </w:p>
        </w:tc>
        <w:tc>
          <w:tcPr>
            <w:tcW w:w="7515" w:type="dxa"/>
            <w:shd w:val="clear" w:color="auto" w:fill="F8F6EF"/>
            <w:tcMar>
              <w:top w:w="70" w:type="dxa"/>
              <w:left w:w="170" w:type="dxa"/>
              <w:bottom w:w="70" w:type="dxa"/>
              <w:right w:w="170" w:type="dxa"/>
            </w:tcMar>
          </w:tcPr>
          <w:p w14:paraId="4FDD9592" w14:textId="77777777" w:rsidR="00342C85" w:rsidRDefault="00342C85">
            <w:pPr>
              <w:pBdr>
                <w:bottom w:val="single" w:sz="4" w:space="1" w:color="CBD5DF"/>
              </w:pBdr>
              <w:spacing w:after="0" w:line="240" w:lineRule="auto"/>
            </w:pPr>
          </w:p>
          <w:p w14:paraId="68960DFA" w14:textId="77777777" w:rsidR="00F12D54" w:rsidRDefault="00F12D54">
            <w:pPr>
              <w:pBdr>
                <w:bottom w:val="single" w:sz="4" w:space="1" w:color="CBD5DF"/>
              </w:pBdr>
              <w:spacing w:after="0" w:line="240" w:lineRule="auto"/>
            </w:pPr>
          </w:p>
          <w:p w14:paraId="18DFE7FB" w14:textId="77777777" w:rsidR="00F12D54" w:rsidRPr="00F12D54" w:rsidRDefault="00F12D54">
            <w:pPr>
              <w:pBdr>
                <w:bottom w:val="single" w:sz="4" w:space="1" w:color="CBD5DF"/>
              </w:pBdr>
              <w:spacing w:after="0" w:line="240" w:lineRule="auto"/>
            </w:pPr>
          </w:p>
        </w:tc>
      </w:tr>
      <w:tr w:rsidR="00342C85" w:rsidRPr="00F12D54" w14:paraId="5BE08632" w14:textId="77777777">
        <w:tc>
          <w:tcPr>
            <w:tcW w:w="2350" w:type="dxa"/>
            <w:shd w:val="clear" w:color="auto" w:fill="F8F6EF"/>
            <w:tcMar>
              <w:top w:w="70" w:type="dxa"/>
              <w:left w:w="170" w:type="dxa"/>
              <w:bottom w:w="70" w:type="dxa"/>
              <w:right w:w="170" w:type="dxa"/>
            </w:tcMar>
          </w:tcPr>
          <w:p w14:paraId="223758FC" w14:textId="77777777" w:rsidR="00342C85" w:rsidRPr="00F12D54" w:rsidRDefault="009242EB">
            <w:pPr>
              <w:spacing w:after="0" w:line="240" w:lineRule="auto"/>
            </w:pPr>
            <w:r w:rsidRPr="00F12D54">
              <w:rPr>
                <w:rFonts w:eastAsia="Arial"/>
                <w:b/>
                <w:color w:val="667789"/>
                <w:sz w:val="14"/>
              </w:rPr>
              <w:t>VERANTWORTUNG / TERMIN</w:t>
            </w:r>
          </w:p>
        </w:tc>
        <w:tc>
          <w:tcPr>
            <w:tcW w:w="7515" w:type="dxa"/>
            <w:shd w:val="clear" w:color="auto" w:fill="F8F6EF"/>
            <w:tcMar>
              <w:top w:w="70" w:type="dxa"/>
              <w:left w:w="170" w:type="dxa"/>
              <w:bottom w:w="70" w:type="dxa"/>
              <w:right w:w="170" w:type="dxa"/>
            </w:tcMar>
          </w:tcPr>
          <w:p w14:paraId="6B323177" w14:textId="77777777" w:rsidR="00342C85" w:rsidRDefault="00342C85">
            <w:pPr>
              <w:pBdr>
                <w:bottom w:val="single" w:sz="4" w:space="1" w:color="CBD5DF"/>
              </w:pBdr>
              <w:spacing w:after="0" w:line="240" w:lineRule="auto"/>
            </w:pPr>
          </w:p>
          <w:p w14:paraId="50937955" w14:textId="77777777" w:rsidR="00F12D54" w:rsidRDefault="00F12D54">
            <w:pPr>
              <w:pBdr>
                <w:bottom w:val="single" w:sz="4" w:space="1" w:color="CBD5DF"/>
              </w:pBdr>
              <w:spacing w:after="0" w:line="240" w:lineRule="auto"/>
            </w:pPr>
          </w:p>
          <w:p w14:paraId="2E0A1EA9" w14:textId="77777777" w:rsidR="00F12D54" w:rsidRDefault="00F12D54">
            <w:pPr>
              <w:pBdr>
                <w:bottom w:val="single" w:sz="4" w:space="1" w:color="CBD5DF"/>
              </w:pBdr>
              <w:spacing w:after="0" w:line="240" w:lineRule="auto"/>
            </w:pPr>
          </w:p>
          <w:p w14:paraId="405D71B8" w14:textId="77777777" w:rsidR="00F12D54" w:rsidRPr="00F12D54" w:rsidRDefault="00F12D54">
            <w:pPr>
              <w:pBdr>
                <w:bottom w:val="single" w:sz="4" w:space="1" w:color="CBD5DF"/>
              </w:pBdr>
              <w:spacing w:after="0" w:line="240" w:lineRule="auto"/>
            </w:pPr>
          </w:p>
        </w:tc>
      </w:tr>
    </w:tbl>
    <w:p w14:paraId="4F890AA6" w14:textId="77777777" w:rsidR="00342C85" w:rsidRPr="00F12D54" w:rsidRDefault="009242EB">
      <w:pPr>
        <w:keepNext/>
        <w:spacing w:before="200" w:after="80" w:line="240" w:lineRule="auto"/>
      </w:pPr>
      <w:r w:rsidRPr="00F12D54">
        <w:rPr>
          <w:rFonts w:eastAsia="Arial"/>
          <w:b/>
          <w:color w:val="001F4F"/>
          <w:sz w:val="21"/>
        </w:rPr>
        <w:t>QUELLEN UND LITERATUR</w:t>
      </w:r>
    </w:p>
    <w:p w14:paraId="576A5E04" w14:textId="77777777" w:rsidR="00342C85" w:rsidRPr="007D1A12" w:rsidRDefault="009242EB">
      <w:pPr>
        <w:pStyle w:val="Aufzhlungszeichen"/>
        <w:spacing w:after="40" w:line="252" w:lineRule="auto"/>
        <w:ind w:left="255" w:hanging="125"/>
        <w:rPr>
          <w:lang w:val="en-US"/>
        </w:rPr>
      </w:pPr>
      <w:r w:rsidRPr="007D1A12">
        <w:rPr>
          <w:rFonts w:eastAsia="Arial"/>
          <w:sz w:val="15"/>
          <w:lang w:val="en-US"/>
        </w:rPr>
        <w:t xml:space="preserve">Codex Alimentarius, Code of Practice CXC 1-1969: "General </w:t>
      </w:r>
      <w:r w:rsidRPr="007D1A12">
        <w:rPr>
          <w:rFonts w:eastAsia="Arial"/>
          <w:sz w:val="15"/>
          <w:lang w:val="en-US"/>
        </w:rPr>
        <w:t>Principles of Food Hygiene"</w:t>
      </w:r>
    </w:p>
    <w:p w14:paraId="26A5A5E2" w14:textId="77777777" w:rsidR="00342C85" w:rsidRPr="00F12D54" w:rsidRDefault="009242EB">
      <w:pPr>
        <w:pStyle w:val="Aufzhlungszeichen"/>
        <w:spacing w:after="40" w:line="252" w:lineRule="auto"/>
        <w:ind w:left="255" w:hanging="125"/>
      </w:pPr>
      <w:r w:rsidRPr="00F12D54">
        <w:rPr>
          <w:rFonts w:eastAsia="Arial"/>
          <w:sz w:val="15"/>
        </w:rPr>
        <w:t>Dreusch, A. (2021): Lebensmittelsicherheitskultur; DLG-Verlag, Frankfurt</w:t>
      </w:r>
    </w:p>
    <w:p w14:paraId="3BD98E31" w14:textId="77777777" w:rsidR="00342C85" w:rsidRPr="007D1A12" w:rsidRDefault="009242EB">
      <w:pPr>
        <w:pStyle w:val="Aufzhlungszeichen"/>
        <w:spacing w:after="40" w:line="252" w:lineRule="auto"/>
        <w:ind w:left="255" w:hanging="125"/>
        <w:rPr>
          <w:lang w:val="en-US"/>
        </w:rPr>
      </w:pPr>
      <w:r w:rsidRPr="007D1A12">
        <w:rPr>
          <w:rFonts w:eastAsia="Arial"/>
          <w:sz w:val="15"/>
          <w:lang w:val="en-US"/>
        </w:rPr>
        <w:t>FSSC 22000: Guidance Document Food Safety Culture, Version 5.1</w:t>
      </w:r>
    </w:p>
    <w:p w14:paraId="2430C565" w14:textId="77777777" w:rsidR="00342C85" w:rsidRPr="00F12D54" w:rsidRDefault="009242EB">
      <w:pPr>
        <w:pStyle w:val="Aufzhlungszeichen"/>
        <w:spacing w:after="40" w:line="252" w:lineRule="auto"/>
        <w:ind w:left="255" w:hanging="125"/>
      </w:pPr>
      <w:r w:rsidRPr="00F12D54">
        <w:rPr>
          <w:rFonts w:eastAsia="Arial"/>
          <w:sz w:val="15"/>
        </w:rPr>
        <w:t>Verordnung (EU) 2021/382 zur Änderung der Anhänge der Verordnung (EG) Nr. 852/2004 über Lebensmittelhygiene</w:t>
      </w:r>
    </w:p>
    <w:p w14:paraId="7B03C298" w14:textId="77777777" w:rsidR="00F12D54" w:rsidRPr="00F12D54" w:rsidRDefault="00F12D54">
      <w:pPr>
        <w:spacing w:before="40" w:after="0" w:line="240" w:lineRule="auto"/>
        <w:rPr>
          <w:rFonts w:eastAsia="Arial"/>
          <w:color w:val="667789"/>
          <w:sz w:val="14"/>
        </w:rPr>
      </w:pPr>
    </w:p>
    <w:p w14:paraId="7E117420" w14:textId="04A9A3F6" w:rsidR="00342C85" w:rsidRDefault="009242EB">
      <w:pPr>
        <w:spacing w:before="40" w:after="0" w:line="240" w:lineRule="auto"/>
      </w:pPr>
      <w:r w:rsidRPr="00F12D54">
        <w:rPr>
          <w:rFonts w:eastAsia="Arial"/>
          <w:color w:val="667789"/>
          <w:sz w:val="14"/>
        </w:rPr>
        <w:t>Quellenstand der Vorlage: 14.05.2025</w:t>
      </w:r>
    </w:p>
    <w:sectPr w:rsidR="00342C85" w:rsidSect="00034616">
      <w:headerReference w:type="default" r:id="rId8"/>
      <w:footerReference w:type="default" r:id="rId9"/>
      <w:pgSz w:w="11906" w:h="16838"/>
      <w:pgMar w:top="1814" w:right="1020" w:bottom="1077" w:left="1020" w:header="454"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4E98F" w14:textId="77777777" w:rsidR="009242EB" w:rsidRPr="00F12D54" w:rsidRDefault="009242EB">
      <w:pPr>
        <w:spacing w:after="0" w:line="240" w:lineRule="auto"/>
      </w:pPr>
      <w:r w:rsidRPr="00F12D54">
        <w:separator/>
      </w:r>
    </w:p>
  </w:endnote>
  <w:endnote w:type="continuationSeparator" w:id="0">
    <w:p w14:paraId="024C96E2" w14:textId="77777777" w:rsidR="009242EB" w:rsidRPr="00F12D54" w:rsidRDefault="009242EB">
      <w:pPr>
        <w:spacing w:after="0" w:line="240" w:lineRule="auto"/>
      </w:pPr>
      <w:r w:rsidRPr="00F12D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180BD" w14:textId="77777777" w:rsidR="00342C85" w:rsidRPr="00F12D54" w:rsidRDefault="00342C85">
    <w:pPr>
      <w:pStyle w:val="Fuzeile"/>
      <w:pBdr>
        <w:top w:val="single" w:sz="4" w:space="2" w:color="CBD5DF"/>
      </w:pBdr>
    </w:pPr>
  </w:p>
  <w:tbl>
    <w:tblPr>
      <w:tblW w:w="9865" w:type="dxa"/>
      <w:tblLayout w:type="fixed"/>
      <w:tblLook w:val="04A0" w:firstRow="1" w:lastRow="0" w:firstColumn="1" w:lastColumn="0" w:noHBand="0" w:noVBand="1"/>
    </w:tblPr>
    <w:tblGrid>
      <w:gridCol w:w="6500"/>
      <w:gridCol w:w="3365"/>
    </w:tblGrid>
    <w:tr w:rsidR="00342C85" w:rsidRPr="00F12D54" w14:paraId="01E54DA6" w14:textId="77777777">
      <w:tc>
        <w:tcPr>
          <w:tcW w:w="6500" w:type="dxa"/>
          <w:tcMar>
            <w:top w:w="70" w:type="dxa"/>
            <w:left w:w="0" w:type="dxa"/>
            <w:bottom w:w="0" w:type="dxa"/>
            <w:right w:w="0" w:type="dxa"/>
          </w:tcMar>
        </w:tcPr>
        <w:p w14:paraId="1A94B32C" w14:textId="392853F6" w:rsidR="00342C85" w:rsidRPr="00F12D54" w:rsidRDefault="009242EB">
          <w:pPr>
            <w:spacing w:after="0"/>
          </w:pPr>
          <w:r w:rsidRPr="00F12D54">
            <w:rPr>
              <w:rFonts w:eastAsia="Arial"/>
              <w:color w:val="667789"/>
              <w:sz w:val="14"/>
            </w:rPr>
            <w:t xml:space="preserve">Praxistrainings-LMS  |  Version </w:t>
          </w:r>
          <w:r w:rsidR="00F12D54" w:rsidRPr="00F12D54">
            <w:rPr>
              <w:rFonts w:eastAsia="Arial"/>
              <w:color w:val="667789"/>
              <w:sz w:val="14"/>
            </w:rPr>
            <w:t>3</w:t>
          </w:r>
          <w:r w:rsidRPr="00F12D54">
            <w:rPr>
              <w:rFonts w:eastAsia="Arial"/>
              <w:color w:val="667789"/>
              <w:sz w:val="14"/>
            </w:rPr>
            <w:t xml:space="preserve"> vom </w:t>
          </w:r>
          <w:r w:rsidR="00F12D54" w:rsidRPr="00F12D54">
            <w:rPr>
              <w:rFonts w:eastAsia="Arial"/>
              <w:color w:val="667789"/>
              <w:sz w:val="14"/>
            </w:rPr>
            <w:t>08.09.2026</w:t>
          </w:r>
        </w:p>
      </w:tc>
      <w:tc>
        <w:tcPr>
          <w:tcW w:w="3365" w:type="dxa"/>
          <w:tcMar>
            <w:top w:w="70" w:type="dxa"/>
            <w:left w:w="0" w:type="dxa"/>
            <w:bottom w:w="0" w:type="dxa"/>
            <w:right w:w="0" w:type="dxa"/>
          </w:tcMar>
        </w:tcPr>
        <w:p w14:paraId="55AA50A9" w14:textId="77777777" w:rsidR="00342C85" w:rsidRPr="00F12D54" w:rsidRDefault="009242EB">
          <w:pPr>
            <w:spacing w:after="0"/>
            <w:jc w:val="right"/>
          </w:pPr>
          <w:r w:rsidRPr="00F12D54">
            <w:rPr>
              <w:rFonts w:eastAsia="Arial"/>
              <w:color w:val="667789"/>
              <w:sz w:val="14"/>
            </w:rPr>
            <w:t xml:space="preserve">Seite </w:t>
          </w:r>
          <w:r w:rsidRPr="00F12D54">
            <w:rPr>
              <w:rFonts w:eastAsia="Arial"/>
              <w:color w:val="667789"/>
              <w:sz w:val="14"/>
            </w:rPr>
            <w:fldChar w:fldCharType="begin"/>
          </w:r>
          <w:r w:rsidRPr="00F12D54">
            <w:rPr>
              <w:rFonts w:eastAsia="Arial"/>
              <w:color w:val="667789"/>
              <w:sz w:val="14"/>
            </w:rPr>
            <w:instrText>PAGE</w:instrText>
          </w:r>
          <w:r w:rsidRPr="00F12D54">
            <w:rPr>
              <w:rFonts w:eastAsia="Arial"/>
              <w:color w:val="667789"/>
              <w:sz w:val="14"/>
            </w:rPr>
            <w:fldChar w:fldCharType="separate"/>
          </w:r>
          <w:r w:rsidRPr="00F12D54">
            <w:rPr>
              <w:rFonts w:eastAsia="Arial"/>
              <w:color w:val="667789"/>
              <w:sz w:val="14"/>
            </w:rPr>
            <w:t>1</w:t>
          </w:r>
          <w:r w:rsidRPr="00F12D54">
            <w:rPr>
              <w:rFonts w:eastAsia="Arial"/>
              <w:color w:val="667789"/>
              <w:sz w:val="14"/>
            </w:rPr>
            <w:fldChar w:fldCharType="end"/>
          </w:r>
          <w:r w:rsidRPr="00F12D54">
            <w:rPr>
              <w:rFonts w:eastAsia="Arial"/>
              <w:color w:val="667789"/>
              <w:sz w:val="14"/>
            </w:rPr>
            <w:t xml:space="preserve"> von </w:t>
          </w:r>
          <w:r w:rsidRPr="00F12D54">
            <w:rPr>
              <w:rFonts w:eastAsia="Arial"/>
              <w:color w:val="667789"/>
              <w:sz w:val="14"/>
            </w:rPr>
            <w:fldChar w:fldCharType="begin"/>
          </w:r>
          <w:r w:rsidRPr="00F12D54">
            <w:rPr>
              <w:rFonts w:eastAsia="Arial"/>
              <w:color w:val="667789"/>
              <w:sz w:val="14"/>
            </w:rPr>
            <w:instrText>NUMPAGES</w:instrText>
          </w:r>
          <w:r w:rsidRPr="00F12D54">
            <w:rPr>
              <w:rFonts w:eastAsia="Arial"/>
              <w:color w:val="667789"/>
              <w:sz w:val="14"/>
            </w:rPr>
            <w:fldChar w:fldCharType="separate"/>
          </w:r>
          <w:r w:rsidRPr="00F12D54">
            <w:rPr>
              <w:rFonts w:eastAsia="Arial"/>
              <w:color w:val="667789"/>
              <w:sz w:val="14"/>
            </w:rPr>
            <w:t>1</w:t>
          </w:r>
          <w:r w:rsidRPr="00F12D54">
            <w:rPr>
              <w:rFonts w:eastAsia="Arial"/>
              <w:color w:val="667789"/>
              <w:sz w:val="14"/>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665BF" w14:textId="77777777" w:rsidR="009242EB" w:rsidRPr="00F12D54" w:rsidRDefault="009242EB">
      <w:pPr>
        <w:spacing w:after="0" w:line="240" w:lineRule="auto"/>
      </w:pPr>
      <w:r w:rsidRPr="00F12D54">
        <w:separator/>
      </w:r>
    </w:p>
  </w:footnote>
  <w:footnote w:type="continuationSeparator" w:id="0">
    <w:p w14:paraId="72ADD67F" w14:textId="77777777" w:rsidR="009242EB" w:rsidRPr="00F12D54" w:rsidRDefault="009242EB">
      <w:pPr>
        <w:spacing w:after="0" w:line="240" w:lineRule="auto"/>
      </w:pPr>
      <w:r w:rsidRPr="00F12D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F2AA9" w14:textId="77777777" w:rsidR="00342C85" w:rsidRPr="00F12D54" w:rsidRDefault="00342C85">
    <w:pPr>
      <w:pStyle w:val="Kopfzeile"/>
      <w:pBdr>
        <w:bottom w:val="single" w:sz="18" w:space="2" w:color="E0E900"/>
      </w:pBdr>
    </w:pPr>
  </w:p>
  <w:tbl>
    <w:tblPr>
      <w:tblW w:w="9865" w:type="dxa"/>
      <w:tblLayout w:type="fixed"/>
      <w:tblLook w:val="04A0" w:firstRow="1" w:lastRow="0" w:firstColumn="1" w:lastColumn="0" w:noHBand="0" w:noVBand="1"/>
    </w:tblPr>
    <w:tblGrid>
      <w:gridCol w:w="4932"/>
      <w:gridCol w:w="4933"/>
    </w:tblGrid>
    <w:tr w:rsidR="00342C85" w:rsidRPr="00F12D54" w14:paraId="22C3D427" w14:textId="77777777">
      <w:tc>
        <w:tcPr>
          <w:tcW w:w="4932" w:type="dxa"/>
          <w:shd w:val="clear" w:color="auto" w:fill="001F4F"/>
          <w:tcMar>
            <w:top w:w="90" w:type="dxa"/>
            <w:left w:w="140" w:type="dxa"/>
            <w:bottom w:w="90" w:type="dxa"/>
            <w:right w:w="140" w:type="dxa"/>
          </w:tcMar>
          <w:vAlign w:val="center"/>
        </w:tcPr>
        <w:p w14:paraId="6004845D" w14:textId="48FF55DF" w:rsidR="00342C85" w:rsidRPr="00F12D54" w:rsidRDefault="009242EB">
          <w:pPr>
            <w:spacing w:after="0"/>
          </w:pPr>
          <w:r w:rsidRPr="00F12D54">
            <w:rPr>
              <w:rFonts w:eastAsia="Arial"/>
              <w:b/>
              <w:color w:val="FFFFFF"/>
              <w:sz w:val="21"/>
            </w:rPr>
            <w:t>PRAXISTRAININGS</w:t>
          </w:r>
          <w:r w:rsidR="00F12D54" w:rsidRPr="00F12D54">
            <w:rPr>
              <w:rFonts w:eastAsia="Arial"/>
              <w:b/>
              <w:color w:val="FFFFFF"/>
              <w:sz w:val="21"/>
            </w:rPr>
            <w:t>-</w:t>
          </w:r>
          <w:r w:rsidRPr="00F12D54">
            <w:rPr>
              <w:rFonts w:eastAsia="Arial"/>
              <w:b/>
              <w:color w:val="FFFFFF"/>
              <w:sz w:val="21"/>
            </w:rPr>
            <w:t>LMS</w:t>
          </w:r>
        </w:p>
      </w:tc>
      <w:tc>
        <w:tcPr>
          <w:tcW w:w="4933" w:type="dxa"/>
          <w:shd w:val="clear" w:color="auto" w:fill="001F4F"/>
          <w:tcMar>
            <w:top w:w="90" w:type="dxa"/>
            <w:left w:w="140" w:type="dxa"/>
            <w:bottom w:w="90" w:type="dxa"/>
            <w:right w:w="140" w:type="dxa"/>
          </w:tcMar>
          <w:vAlign w:val="center"/>
        </w:tcPr>
        <w:p w14:paraId="2856BE00" w14:textId="77777777" w:rsidR="00342C85" w:rsidRPr="00F12D54" w:rsidRDefault="009242EB">
          <w:pPr>
            <w:spacing w:after="0"/>
            <w:jc w:val="right"/>
          </w:pPr>
          <w:r w:rsidRPr="00F12D54">
            <w:rPr>
              <w:rFonts w:eastAsia="Arial"/>
              <w:b/>
              <w:color w:val="FFFFFF"/>
            </w:rPr>
            <w:t>FRAGEBOGEN</w:t>
          </w:r>
          <w:r w:rsidRPr="00F12D54">
            <w:rPr>
              <w:rFonts w:eastAsia="Arial"/>
              <w:b/>
              <w:color w:val="FFFFFF"/>
            </w:rPr>
            <w:br/>
          </w:r>
          <w:r w:rsidRPr="00F12D54">
            <w:rPr>
              <w:rFonts w:eastAsia="Arial"/>
              <w:color w:val="FFFFFF"/>
              <w:sz w:val="15"/>
            </w:rPr>
            <w:t>Lebensmittelsicherheitskultur</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1049761474">
    <w:abstractNumId w:val="8"/>
  </w:num>
  <w:num w:numId="2" w16cid:durableId="178662012">
    <w:abstractNumId w:val="6"/>
  </w:num>
  <w:num w:numId="3" w16cid:durableId="329018262">
    <w:abstractNumId w:val="5"/>
  </w:num>
  <w:num w:numId="4" w16cid:durableId="406465920">
    <w:abstractNumId w:val="4"/>
  </w:num>
  <w:num w:numId="5" w16cid:durableId="737554336">
    <w:abstractNumId w:val="7"/>
  </w:num>
  <w:num w:numId="6" w16cid:durableId="1283539007">
    <w:abstractNumId w:val="3"/>
  </w:num>
  <w:num w:numId="7" w16cid:durableId="1581452158">
    <w:abstractNumId w:val="2"/>
  </w:num>
  <w:num w:numId="8" w16cid:durableId="321278127">
    <w:abstractNumId w:val="1"/>
  </w:num>
  <w:num w:numId="9" w16cid:durableId="671568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5AB7"/>
    <w:rsid w:val="0015074B"/>
    <w:rsid w:val="0029639D"/>
    <w:rsid w:val="00326F90"/>
    <w:rsid w:val="00342C85"/>
    <w:rsid w:val="0056164F"/>
    <w:rsid w:val="007D1A12"/>
    <w:rsid w:val="009242EB"/>
    <w:rsid w:val="00AA1D8D"/>
    <w:rsid w:val="00B47730"/>
    <w:rsid w:val="00CB0664"/>
    <w:rsid w:val="00F12D5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7532D"/>
  <w14:defaultImageDpi w14:val="300"/>
  <w15:docId w15:val="{21776796-32EC-4A66-8AFF-68E8291C8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pPr>
      <w:spacing w:after="100"/>
    </w:pPr>
    <w:rPr>
      <w:rFonts w:ascii="Arial" w:hAnsi="Arial"/>
      <w:color w:val="2F3F50"/>
      <w:sz w:val="18"/>
      <w:lang w:val="de-DE"/>
    </w:rPr>
  </w:style>
  <w:style w:type="paragraph" w:styleId="berschrift1">
    <w:name w:val="heading 1"/>
    <w:basedOn w:val="Standard"/>
    <w:next w:val="Standard"/>
    <w:link w:val="berschrift1Zchn"/>
    <w:uiPriority w:val="9"/>
    <w:qFormat/>
    <w:rsid w:val="00FC693F"/>
    <w:pPr>
      <w:keepNext/>
      <w:keepLines/>
      <w:spacing w:before="320" w:after="160"/>
      <w:outlineLvl w:val="0"/>
    </w:pPr>
    <w:rPr>
      <w:rFonts w:asciiTheme="majorHAnsi" w:eastAsiaTheme="majorEastAsia" w:hAnsiTheme="majorHAnsi" w:cstheme="majorBidi"/>
      <w:b/>
      <w:bCs/>
      <w:color w:val="001F4F"/>
      <w:sz w:val="32"/>
      <w:szCs w:val="28"/>
    </w:rPr>
  </w:style>
  <w:style w:type="paragraph" w:styleId="berschrift2">
    <w:name w:val="heading 2"/>
    <w:basedOn w:val="Standard"/>
    <w:next w:val="Standard"/>
    <w:link w:val="berschrift2Zchn"/>
    <w:uiPriority w:val="9"/>
    <w:unhideWhenUsed/>
    <w:qFormat/>
    <w:rsid w:val="00FC693F"/>
    <w:pPr>
      <w:keepNext/>
      <w:keepLines/>
      <w:spacing w:before="240" w:after="120"/>
      <w:outlineLvl w:val="1"/>
    </w:pPr>
    <w:rPr>
      <w:rFonts w:asciiTheme="majorHAnsi" w:eastAsiaTheme="majorEastAsia" w:hAnsiTheme="majorHAnsi" w:cstheme="majorBidi"/>
      <w:b/>
      <w:bCs/>
      <w:color w:val="001F4F"/>
      <w:sz w:val="26"/>
      <w:szCs w:val="26"/>
    </w:rPr>
  </w:style>
  <w:style w:type="paragraph" w:styleId="berschrift3">
    <w:name w:val="heading 3"/>
    <w:basedOn w:val="Standard"/>
    <w:next w:val="Standard"/>
    <w:link w:val="berschrift3Zchn"/>
    <w:uiPriority w:val="9"/>
    <w:unhideWhenUsed/>
    <w:qFormat/>
    <w:rsid w:val="00FC693F"/>
    <w:pPr>
      <w:keepNext/>
      <w:keepLines/>
      <w:spacing w:before="160" w:after="80"/>
      <w:outlineLvl w:val="2"/>
    </w:pPr>
    <w:rPr>
      <w:rFonts w:asciiTheme="majorHAnsi" w:eastAsiaTheme="majorEastAsia" w:hAnsiTheme="majorHAnsi" w:cstheme="majorBidi"/>
      <w:b/>
      <w:bCs/>
      <w:color w:val="001F4F"/>
      <w:sz w:val="22"/>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keepNext/>
      <w:pBdr>
        <w:bottom w:val="single" w:sz="8" w:space="4" w:color="4F81BD" w:themeColor="accent1"/>
      </w:pBdr>
      <w:spacing w:after="160" w:line="240" w:lineRule="auto"/>
      <w:contextualSpacing/>
    </w:pPr>
    <w:rPr>
      <w:rFonts w:asciiTheme="majorHAnsi" w:eastAsiaTheme="majorEastAsia" w:hAnsiTheme="majorHAnsi" w:cstheme="majorBidi"/>
      <w:color w:val="001F4F"/>
      <w:spacing w:val="5"/>
      <w:kern w:val="28"/>
      <w:sz w:val="60"/>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keepNext/>
      <w:numPr>
        <w:ilvl w:val="1"/>
      </w:numPr>
      <w:spacing w:after="240"/>
    </w:pPr>
    <w:rPr>
      <w:rFonts w:asciiTheme="majorHAnsi" w:eastAsiaTheme="majorEastAsia" w:hAnsiTheme="majorHAnsi" w:cstheme="majorBidi"/>
      <w:i/>
      <w:iCs/>
      <w:color w:val="667789"/>
      <w:spacing w:val="15"/>
      <w:sz w:val="28"/>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864</Words>
  <Characters>5446</Characters>
  <Application>Microsoft Office Word</Application>
  <DocSecurity>0</DocSecurity>
  <Lines>45</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Praxistrainings-LMS - Fragebogen Lebensmittelsicherheitskultur</vt:lpstr>
      <vt:lpstr/>
    </vt:vector>
  </TitlesOfParts>
  <Manager/>
  <Company/>
  <LinksUpToDate>false</LinksUpToDate>
  <CharactersWithSpaces>6298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Praxistrainings-LMS - Fragebogen Lebensmittelsicherheitskultur</dc:title>
  <dc:subject>Arbeitsvorlage zur Bewertung der Lebensmittelsicherheitskultur</dc:subject>
  <dc:creator>Jennifer Ziegler | Praxistrainings-LMS</dc:creator>
  <cp:keywords>Lebensmittelsicherheitskultur, HACCP, Fragebogen, Praxistrainings-LMS</cp:keywords>
  <dc:description/>
  <cp:lastModifiedBy>Jennifer Ziegler</cp:lastModifiedBy>
  <cp:revision>3</cp:revision>
  <dcterms:created xsi:type="dcterms:W3CDTF">2013-12-23T23:15:00Z</dcterms:created>
  <dcterms:modified xsi:type="dcterms:W3CDTF">2026-09-08T06:33:00Z</dcterms:modified>
  <cp:category/>
</cp:coreProperties>
</file>